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07E11D34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260F73">
        <w:rPr>
          <w:b/>
          <w:bCs/>
          <w:sz w:val="40"/>
          <w:szCs w:val="40"/>
        </w:rPr>
        <w:t>General Paediatrics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Pr="00260F73" w:rsidRDefault="00260F73" w:rsidP="00260F73"/>
    <w:p w14:paraId="6E5B97C0" w14:textId="1CEAE66B" w:rsidR="00214ECC" w:rsidRPr="00260F73" w:rsidRDefault="001E7C23" w:rsidP="001C17E4">
      <w:pPr>
        <w:pStyle w:val="Heading1"/>
      </w:pPr>
      <w:r>
        <w:t>P</w:t>
      </w:r>
      <w:r w:rsidR="003729FB" w:rsidRPr="00260F73">
        <w:t>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EndPr/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0F73" w:rsidRPr="00260F73" w14:paraId="34B4E020" w14:textId="77777777" w:rsidTr="00260F73">
        <w:tc>
          <w:tcPr>
            <w:tcW w:w="1886" w:type="pct"/>
            <w:vAlign w:val="center"/>
          </w:tcPr>
          <w:p w14:paraId="6CF93712" w14:textId="77777777" w:rsidR="00260F73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BST or Standalone:</w:t>
            </w:r>
          </w:p>
          <w:p w14:paraId="29A97938" w14:textId="57808DE9" w:rsid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-337302739"/>
              <w:placeholder>
                <w:docPart w:val="BA56754DF05D440794B920DC01AB150D"/>
              </w:placeholder>
              <w:showingPlcHdr/>
            </w:sdtPr>
            <w:sdtEndPr/>
            <w:sdtContent>
              <w:p w14:paraId="659C3547" w14:textId="79D1105D" w:rsidR="00260F73" w:rsidRPr="00260F73" w:rsidRDefault="00260F73" w:rsidP="00260F73">
                <w:pPr>
                  <w:jc w:val="center"/>
                </w:pPr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17D4E05" wp14:editId="155214F0">
                <wp:simplePos x="0" y="0"/>
                <wp:positionH relativeFrom="margin">
                  <wp:align>right</wp:align>
                </wp:positionH>
                <wp:positionV relativeFrom="paragraph">
                  <wp:posOffset>1787415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0C6B89F0" w:rsidR="002931FF" w:rsidRPr="001E7C23" w:rsidRDefault="001E7C23" w:rsidP="001E7C2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40.75pt;width:466.6pt;height:110.6pt;z-index: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D5am17&#10;3QAAAAgBAAAPAAAAAAAAAAAAAAAAAGgEAABkcnMvZG93bnJldi54bWxQSwUGAAAAAAQABADzAAAA&#10;cgUAAAAA&#10;">
                <v:textbox style="mso-fit-shape-to-text:t">
                  <w:txbxContent>
                    <w:p w14:paraId="0B7A552B" w14:textId="0C6B89F0" w:rsidR="002931FF" w:rsidRPr="001E7C23" w:rsidRDefault="001E7C23" w:rsidP="001E7C23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27A096EA" w14:textId="56CA61F4" w:rsidR="004929C5" w:rsidRPr="004929C5" w:rsidRDefault="00260F73" w:rsidP="004929C5">
      <w:pPr>
        <w:pStyle w:val="Heading1"/>
      </w:pPr>
      <w:r>
        <w:lastRenderedPageBreak/>
        <w:t>Career Objective / Personal Statement</w:t>
      </w:r>
    </w:p>
    <w:p w14:paraId="5A599AA4" w14:textId="30FEA5E3" w:rsidR="00260F73" w:rsidRDefault="00260F73" w:rsidP="00260F73">
      <w:pPr>
        <w:rPr>
          <w:b/>
          <w:bCs/>
        </w:rPr>
      </w:pPr>
      <w:r w:rsidRPr="00260F73">
        <w:rPr>
          <w:b/>
          <w:bCs/>
        </w:rPr>
        <w:t>Brief statement (250 words) outlining your motivation for a career in paediatrics, chosen specialty, and career goals within the HSE.</w:t>
      </w:r>
    </w:p>
    <w:sdt>
      <w:sdtPr>
        <w:rPr>
          <w:b/>
          <w:bCs/>
        </w:rPr>
        <w:id w:val="1461925480"/>
        <w:placeholder>
          <w:docPart w:val="D5F14FB66A15431389EB3E003A7DADB1"/>
        </w:placeholder>
        <w:showingPlcHdr/>
      </w:sdtPr>
      <w:sdtEndPr/>
      <w:sdtContent>
        <w:p w14:paraId="1C5F0DEB" w14:textId="3E4383BF" w:rsidR="00260F73" w:rsidRDefault="00260F73" w:rsidP="00260F73">
          <w:pPr>
            <w:rPr>
              <w:b/>
              <w:bCs/>
            </w:rPr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614EE5F4" w14:textId="77777777" w:rsidR="001E7C23" w:rsidRDefault="001E7C23" w:rsidP="001E7C23"/>
    <w:p w14:paraId="73ED809F" w14:textId="33370887" w:rsidR="00214ECC" w:rsidRPr="00260F73" w:rsidRDefault="003729FB" w:rsidP="001C17E4">
      <w:pPr>
        <w:pStyle w:val="Heading1"/>
      </w:pPr>
      <w:r w:rsidRPr="00260F73">
        <w:t>Commitment to Specialty &amp; Career Motivation</w:t>
      </w:r>
    </w:p>
    <w:p w14:paraId="3808862C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Why are you interested in this specialty?</w:t>
      </w:r>
      <w:r w:rsidR="002D7D98" w:rsidRPr="00260F73">
        <w:rPr>
          <w:b/>
          <w:bCs/>
        </w:rPr>
        <w:t xml:space="preserve"> (200 words)</w:t>
      </w:r>
    </w:p>
    <w:p w14:paraId="63A91466" w14:textId="26842EEA" w:rsidR="00214ECC" w:rsidRPr="00260F73" w:rsidRDefault="0096516B" w:rsidP="00597958">
      <w:sdt>
        <w:sdtPr>
          <w:id w:val="-1365520692"/>
          <w:placeholder>
            <w:docPart w:val="767E5F504CE04A3283DBB5C362BF53DD"/>
          </w:placeholder>
          <w:showingPlcHdr/>
        </w:sdtPr>
        <w:sdtEndPr/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51C12F35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steps have you taken to build your career in this specialty? (e.g., rotations, audits,</w:t>
      </w:r>
      <w:r w:rsidRPr="00260F73">
        <w:t xml:space="preserve"> </w:t>
      </w:r>
      <w:r w:rsidRPr="00260F73">
        <w:rPr>
          <w:b/>
          <w:bCs/>
        </w:rPr>
        <w:t>courses, research)</w:t>
      </w:r>
      <w:r w:rsidR="002D7D98" w:rsidRPr="00260F73">
        <w:rPr>
          <w:b/>
          <w:bCs/>
        </w:rPr>
        <w:t xml:space="preserve"> (200 words)</w:t>
      </w:r>
    </w:p>
    <w:p w14:paraId="3E3713EA" w14:textId="000B6F80" w:rsidR="009E4AEB" w:rsidRPr="00260F73" w:rsidRDefault="0096516B" w:rsidP="00597958">
      <w:sdt>
        <w:sdtPr>
          <w:id w:val="-462970739"/>
          <w:placeholder>
            <w:docPart w:val="15FA136DFCC9400EA3643631FD9D49AC"/>
          </w:placeholder>
          <w:showingPlcHdr/>
        </w:sdtPr>
        <w:sdtEndPr/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6D446B95" w14:textId="1EC5124C" w:rsidR="007C3707" w:rsidRPr="00260F73" w:rsidRDefault="00260F73" w:rsidP="00260F73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are your short- and long-term career goals in this field? (200 words)</w:t>
      </w:r>
    </w:p>
    <w:sdt>
      <w:sdtPr>
        <w:id w:val="616039675"/>
        <w:placeholder>
          <w:docPart w:val="0650B01579224C17841E78E78C05793F"/>
        </w:placeholder>
        <w:showingPlcHdr/>
      </w:sdtPr>
      <w:sdtEndPr/>
      <w:sdtContent>
        <w:p w14:paraId="39B80081" w14:textId="30FBE651" w:rsidR="00260F73" w:rsidRPr="00260F73" w:rsidRDefault="00260F73" w:rsidP="00260F73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2980B09" w14:textId="77777777" w:rsidR="001E7C23" w:rsidRDefault="001E7C23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7A9649BF" w:rsidR="002D7D98" w:rsidRPr="00260F73" w:rsidRDefault="003729FB" w:rsidP="001C17E4">
      <w:pPr>
        <w:pStyle w:val="Heading1"/>
      </w:pPr>
      <w:r w:rsidRPr="00260F73">
        <w:lastRenderedPageBreak/>
        <w:t>Medical Education &amp; Qualifications</w:t>
      </w:r>
      <w:r w:rsidR="002D7D98" w:rsidRPr="00260F73">
        <w:t xml:space="preserve"> – Including Memberships</w:t>
      </w:r>
      <w:r w:rsidR="00C7253B" w:rsidRPr="00260F73">
        <w:t xml:space="preserve"> and Courses</w:t>
      </w:r>
    </w:p>
    <w:p w14:paraId="56781151" w14:textId="77777777" w:rsidR="000A5F58" w:rsidRDefault="000A5F58" w:rsidP="001E7C23">
      <w:pPr>
        <w:spacing w:after="0"/>
      </w:pPr>
      <w:r>
        <w:t>(Reverse chronological order – Starting from your most recent to least)</w:t>
      </w:r>
    </w:p>
    <w:p w14:paraId="0A20EB36" w14:textId="65244DE7" w:rsidR="000A5F58" w:rsidRDefault="000A5F58" w:rsidP="001E7C23">
      <w:pPr>
        <w:spacing w:after="0"/>
      </w:pPr>
      <w:r>
        <w:t>Focus on paediatric relevant courses such as APLS/APEX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260F73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B16633" w:rsidRPr="00260F73">
              <w:rPr>
                <w:b/>
                <w:bCs/>
              </w:rPr>
              <w:t xml:space="preserve"> </w:t>
            </w:r>
            <w:r w:rsidR="00F4085D" w:rsidRPr="00260F73">
              <w:rPr>
                <w:b/>
                <w:bCs/>
              </w:rPr>
              <w:t>A</w:t>
            </w:r>
            <w:r w:rsidR="00B16633" w:rsidRPr="00260F73">
              <w:rPr>
                <w:b/>
                <w:bCs/>
              </w:rPr>
              <w:t>ttached</w:t>
            </w:r>
          </w:p>
        </w:tc>
      </w:tr>
      <w:tr w:rsidR="002D7D98" w:rsidRPr="00260F73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EndPr/>
          <w:sdtContent>
            <w:tc>
              <w:tcPr>
                <w:tcW w:w="966" w:type="pct"/>
              </w:tcPr>
              <w:p w14:paraId="407904E6" w14:textId="7D7C9955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EndPr/>
          <w:sdtContent>
            <w:tc>
              <w:tcPr>
                <w:tcW w:w="959" w:type="pct"/>
              </w:tcPr>
              <w:p w14:paraId="7DBDB907" w14:textId="4C9AC59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EndPr/>
          <w:sdtContent>
            <w:tc>
              <w:tcPr>
                <w:tcW w:w="980" w:type="pct"/>
              </w:tcPr>
              <w:p w14:paraId="72703AB3" w14:textId="6E71EC0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5688DA4A" w14:textId="6DDA52B4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EndPr/>
          <w:sdtContent>
            <w:tc>
              <w:tcPr>
                <w:tcW w:w="966" w:type="pct"/>
              </w:tcPr>
              <w:p w14:paraId="62C3AD32" w14:textId="6638C231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EndPr/>
          <w:sdtContent>
            <w:tc>
              <w:tcPr>
                <w:tcW w:w="959" w:type="pct"/>
              </w:tcPr>
              <w:p w14:paraId="07D82FA8" w14:textId="5BFD216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0BA9075E" w14:textId="162F6E1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E8C51A0" w14:textId="061DBBD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EndPr/>
          <w:sdtContent>
            <w:tc>
              <w:tcPr>
                <w:tcW w:w="966" w:type="pct"/>
              </w:tcPr>
              <w:p w14:paraId="0E5CF259" w14:textId="2F2E8C43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EndPr/>
          <w:sdtContent>
            <w:tc>
              <w:tcPr>
                <w:tcW w:w="959" w:type="pct"/>
              </w:tcPr>
              <w:p w14:paraId="1EC9F948" w14:textId="05AC5BB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456CF46E" w14:textId="0F54226E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7FE9FF6A" w14:textId="3A9642D9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EndPr/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2D7D98" w:rsidRPr="00260F73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69603CA0" w14:textId="31EEC6B0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2C02ADFA" w14:textId="10A0B363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7DD92037" w14:textId="133D9C3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0DB5DA5D" w14:textId="57818F0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EndPr/>
            <w:sdtContent>
              <w:tr w:rsidR="00C95D05" w:rsidRPr="00260F73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0395932B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1C3B902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3415A5C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3D855799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75B4FEB0" w14:textId="2387C39A" w:rsidR="3FE541D5" w:rsidRPr="00260F73" w:rsidRDefault="002D7D98" w:rsidP="001C17E4">
      <w:pPr>
        <w:pStyle w:val="Heading1"/>
      </w:pPr>
      <w:r w:rsidRPr="00260F73">
        <w:t>Current Professional Registrations</w:t>
      </w:r>
      <w:r w:rsidR="00F4085D" w:rsidRPr="00260F73">
        <w:t xml:space="preserve"> </w:t>
      </w:r>
      <w:r w:rsidR="2D96377B" w:rsidRPr="00260F73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260F73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F4085D" w:rsidRPr="00260F73">
              <w:rPr>
                <w:b/>
                <w:bCs/>
              </w:rPr>
              <w:t xml:space="preserve"> Attached</w:t>
            </w:r>
          </w:p>
        </w:tc>
      </w:tr>
      <w:tr w:rsidR="002D7D98" w:rsidRPr="00260F73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EndPr/>
          <w:sdtContent>
            <w:tc>
              <w:tcPr>
                <w:tcW w:w="749" w:type="pct"/>
              </w:tcPr>
              <w:p w14:paraId="5DE52878" w14:textId="705B3DA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3B4E7722" w14:textId="48736194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EndPr/>
          <w:sdtContent>
            <w:tc>
              <w:tcPr>
                <w:tcW w:w="818" w:type="pct"/>
              </w:tcPr>
              <w:p w14:paraId="4433956D" w14:textId="37C027FA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C3D30A3" w14:textId="7A36AFB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E8C2E90" w14:textId="2B1B9F91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Pr="00260F73" w:rsidRDefault="001B2E81" w:rsidP="00597958">
            <w:pPr>
              <w:jc w:val="center"/>
            </w:pPr>
            <w:r w:rsidRPr="00260F73"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Pr="00260F73" w:rsidRDefault="001B2E81" w:rsidP="00597958">
            <w:pPr>
              <w:jc w:val="center"/>
            </w:pPr>
            <w:r w:rsidRPr="00260F73"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 xml:space="preserve"> </w:t>
            </w:r>
          </w:p>
        </w:tc>
      </w:tr>
      <w:tr w:rsidR="00B16633" w:rsidRPr="00260F7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F6A3CE1" w14:textId="0D7E4A4E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49AE3929" w14:textId="530A1BA4" w:rsidR="00B16633" w:rsidRPr="00260F73" w:rsidRDefault="001E7C2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818" w:type="pct"/>
              </w:tcPr>
              <w:p w14:paraId="3BD3C74A" w14:textId="2BD5D2CD" w:rsidR="00B16633" w:rsidRPr="00260F73" w:rsidRDefault="001E7C2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6914337" w14:textId="74CFB4EF" w:rsidR="00B16633" w:rsidRPr="00260F73" w:rsidRDefault="001E7C2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DCC6CF2" w14:textId="7DB2216E" w:rsidR="00B16633" w:rsidRPr="00260F73" w:rsidRDefault="001E7C2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:rsidRPr="00260F7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5160684" w14:textId="3068EB49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22" w:type="pct"/>
              </w:tcPr>
              <w:p w14:paraId="0904B07A" w14:textId="4F668175" w:rsidR="00B16633" w:rsidRPr="00260F73" w:rsidRDefault="001E7C2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818" w:type="pct"/>
              </w:tcPr>
              <w:p w14:paraId="13F2E67B" w14:textId="2B71779A" w:rsidR="00B16633" w:rsidRPr="00260F73" w:rsidRDefault="001E7C2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880ABF6" w14:textId="2CA32AC0" w:rsidR="00B16633" w:rsidRPr="00260F73" w:rsidRDefault="001E7C2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87" w:type="pct"/>
              </w:tcPr>
              <w:p w14:paraId="2B51EDCF" w14:textId="67E5C625" w:rsidR="00B16633" w:rsidRPr="00260F73" w:rsidRDefault="001E7C2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EndPr/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B16633" w:rsidRPr="00260F7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49" w:type="pct"/>
                      </w:tcPr>
                      <w:p w14:paraId="220FAB30" w14:textId="7FD7EF89" w:rsidR="00B16633" w:rsidRPr="00260F73" w:rsidRDefault="00B1663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22" w:type="pct"/>
                      </w:tcPr>
                      <w:p w14:paraId="4E270E41" w14:textId="4AF47D67" w:rsidR="00B16633" w:rsidRPr="00260F73" w:rsidRDefault="001E7C2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818" w:type="pct"/>
                      </w:tcPr>
                      <w:p w14:paraId="4B5AA7D5" w14:textId="7BC68F37" w:rsidR="00B16633" w:rsidRPr="00260F73" w:rsidRDefault="001E7C2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6FE57682" w14:textId="7D3A4F4A" w:rsidR="00B16633" w:rsidRPr="00260F73" w:rsidRDefault="001E7C2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87" w:type="pct"/>
                      </w:tcPr>
                      <w:p w14:paraId="51005B27" w14:textId="2B12DBC6" w:rsidR="00B16633" w:rsidRPr="00260F73" w:rsidRDefault="001E7C2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Pr="00260F73" w:rsidRDefault="001B2E81" w:rsidP="001B2E81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Pr="00260F73" w:rsidRDefault="001B2E81" w:rsidP="001B2E81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Pr="00260F73" w:rsidRDefault="002D7D98"/>
    <w:p w14:paraId="14AD253B" w14:textId="77777777" w:rsidR="00214ECC" w:rsidRPr="00260F73" w:rsidRDefault="003729FB" w:rsidP="001C17E4">
      <w:pPr>
        <w:pStyle w:val="Heading1"/>
      </w:pPr>
      <w:r w:rsidRPr="00260F73">
        <w:lastRenderedPageBreak/>
        <w:t>Clinical Employment History</w:t>
      </w:r>
    </w:p>
    <w:p w14:paraId="5179FB9C" w14:textId="564BE81F" w:rsidR="00214ECC" w:rsidRPr="00260F73" w:rsidRDefault="003729FB">
      <w:r w:rsidRPr="00260F73">
        <w:t>(Reverse chronological order</w:t>
      </w:r>
      <w:r w:rsidR="000A5F58">
        <w:t xml:space="preserve"> – starting from your most recent to least</w:t>
      </w:r>
      <w:r w:rsidRPr="00260F73"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:rsidRPr="00260F73" w14:paraId="2D16504D" w14:textId="77777777" w:rsidTr="00E70F08">
        <w:tc>
          <w:tcPr>
            <w:tcW w:w="9350" w:type="dxa"/>
            <w:gridSpan w:val="2"/>
          </w:tcPr>
          <w:p w14:paraId="57CB4B58" w14:textId="4D6BB69C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:rsidRPr="00260F73" w14:paraId="20EAB3EC" w14:textId="77777777" w:rsidTr="002E140B">
        <w:tc>
          <w:tcPr>
            <w:tcW w:w="2547" w:type="dxa"/>
          </w:tcPr>
          <w:p w14:paraId="4C1371F0" w14:textId="773A0F9E" w:rsidR="00597958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2106E778" w14:textId="1DAEE8EA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09CE63E9" w14:textId="77777777" w:rsidTr="002E140B">
        <w:tc>
          <w:tcPr>
            <w:tcW w:w="2547" w:type="dxa"/>
          </w:tcPr>
          <w:p w14:paraId="67052997" w14:textId="449E67BD" w:rsidR="00597958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C198349" w14:textId="208FC157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423BA94B" w14:textId="77777777" w:rsidTr="002E140B">
        <w:tc>
          <w:tcPr>
            <w:tcW w:w="2547" w:type="dxa"/>
          </w:tcPr>
          <w:p w14:paraId="4DDB93B2" w14:textId="7F833D2D" w:rsidR="00597958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BBDFA63" w14:textId="4FCAA322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:rsidRPr="00260F73" w14:paraId="6A2FA343" w14:textId="77777777" w:rsidTr="002E140B">
        <w:tc>
          <w:tcPr>
            <w:tcW w:w="2547" w:type="dxa"/>
          </w:tcPr>
          <w:p w14:paraId="05DA6982" w14:textId="689D0E30" w:rsidR="00597958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70E49BD" w14:textId="7ED909CB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Pr="00260F73" w:rsidRDefault="002E140B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4041384" w14:textId="42470ED5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6F7D066B" w:rsidR="002E140B" w:rsidRPr="00260F73" w:rsidRDefault="002E140B" w:rsidP="002E140B"/>
        </w:tc>
      </w:tr>
      <w:tr w:rsidR="002E140B" w:rsidRPr="00260F73" w14:paraId="11904FE7" w14:textId="77777777" w:rsidTr="00E70F08">
        <w:tc>
          <w:tcPr>
            <w:tcW w:w="9350" w:type="dxa"/>
            <w:gridSpan w:val="2"/>
          </w:tcPr>
          <w:p w14:paraId="17040DC0" w14:textId="29AE688B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:rsidRPr="00260F73" w14:paraId="0D159708" w14:textId="77777777" w:rsidTr="002E140B">
        <w:tc>
          <w:tcPr>
            <w:tcW w:w="2547" w:type="dxa"/>
          </w:tcPr>
          <w:p w14:paraId="6855F987" w14:textId="77777777" w:rsidR="002E140B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5529B1E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3FF24D13" w14:textId="77777777" w:rsidTr="002E140B">
        <w:tc>
          <w:tcPr>
            <w:tcW w:w="2547" w:type="dxa"/>
          </w:tcPr>
          <w:p w14:paraId="104FCC2D" w14:textId="77777777" w:rsidR="002E140B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0588BA6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15579743" w14:textId="77777777" w:rsidTr="002E140B">
        <w:tc>
          <w:tcPr>
            <w:tcW w:w="2547" w:type="dxa"/>
          </w:tcPr>
          <w:p w14:paraId="4D83AFB6" w14:textId="77777777" w:rsidR="002E140B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FF8C2D7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48B155F2" w14:textId="77777777" w:rsidTr="002E140B">
        <w:tc>
          <w:tcPr>
            <w:tcW w:w="2547" w:type="dxa"/>
          </w:tcPr>
          <w:p w14:paraId="5C52A10E" w14:textId="77777777" w:rsidR="002E140B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8F98D5F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Pr="00260F73" w:rsidRDefault="002E140B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EFBB2EB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56417EE8" w:rsidR="002E140B" w:rsidRPr="00260F73" w:rsidRDefault="002E140B" w:rsidP="002E140B"/>
        </w:tc>
      </w:tr>
      <w:tr w:rsidR="001E7C23" w:rsidRPr="00260F73" w14:paraId="441ACD52" w14:textId="77777777" w:rsidTr="00E70F08">
        <w:tc>
          <w:tcPr>
            <w:tcW w:w="9350" w:type="dxa"/>
            <w:gridSpan w:val="2"/>
          </w:tcPr>
          <w:p w14:paraId="00512591" w14:textId="12A3CD32" w:rsidR="001E7C23" w:rsidRPr="00260F73" w:rsidRDefault="001E7C23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959405591"/>
                <w:placeholder>
                  <w:docPart w:val="43BC8C880F02488D9440E42777A564AB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E7C23" w:rsidRPr="00260F73" w14:paraId="5B646646" w14:textId="77777777" w:rsidTr="002E140B">
        <w:tc>
          <w:tcPr>
            <w:tcW w:w="2547" w:type="dxa"/>
          </w:tcPr>
          <w:p w14:paraId="53438B9F" w14:textId="77777777" w:rsidR="001E7C23" w:rsidRPr="00260F73" w:rsidRDefault="001E7C23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940334978"/>
            <w:placeholder>
              <w:docPart w:val="E213C793FE9A4D80B1D79B6FA021DE5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15029E7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E7C23" w:rsidRPr="00260F73" w14:paraId="365C6524" w14:textId="77777777" w:rsidTr="002E140B">
        <w:tc>
          <w:tcPr>
            <w:tcW w:w="2547" w:type="dxa"/>
          </w:tcPr>
          <w:p w14:paraId="35B45FBA" w14:textId="77777777" w:rsidR="001E7C23" w:rsidRPr="00260F73" w:rsidRDefault="001E7C23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1397361783"/>
            <w:placeholder>
              <w:docPart w:val="6EB4B8F897754D6A8ED15DFE379608E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3C9234E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E7C23" w:rsidRPr="00260F73" w14:paraId="7C130ACE" w14:textId="77777777" w:rsidTr="002E140B">
        <w:tc>
          <w:tcPr>
            <w:tcW w:w="2547" w:type="dxa"/>
          </w:tcPr>
          <w:p w14:paraId="11A0EEF2" w14:textId="77777777" w:rsidR="001E7C23" w:rsidRPr="00260F73" w:rsidRDefault="001E7C23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875425318"/>
            <w:placeholder>
              <w:docPart w:val="FA1DE80C0EA1454B9F502143A303FF60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5FB7DB9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6F161FA6" w14:textId="77777777" w:rsidTr="002E140B">
        <w:tc>
          <w:tcPr>
            <w:tcW w:w="2547" w:type="dxa"/>
          </w:tcPr>
          <w:p w14:paraId="0192708F" w14:textId="77777777" w:rsidR="001E7C23" w:rsidRPr="00260F73" w:rsidRDefault="001E7C23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627227328"/>
            <w:placeholder>
              <w:docPart w:val="9069FD0B6DCA45D69BD0BC2B153C5958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9F4CAD4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5E67243A" w14:textId="77777777" w:rsidTr="002E140B">
        <w:tc>
          <w:tcPr>
            <w:tcW w:w="2547" w:type="dxa"/>
            <w:vAlign w:val="center"/>
          </w:tcPr>
          <w:p w14:paraId="3EC9198B" w14:textId="77777777" w:rsidR="001E7C23" w:rsidRPr="00260F73" w:rsidRDefault="001E7C23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-1799755349"/>
            <w:placeholder>
              <w:docPart w:val="AE70E8711E7C435780CE65A58389BBE7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3E5B540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4822388A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35E5A5F4" w14:textId="77777777" w:rsidR="001E7C23" w:rsidRPr="00260F73" w:rsidRDefault="001E7C23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1233231773"/>
            <w:placeholder>
              <w:docPart w:val="F5F16F23100243438E168EF3DD145CDD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461C5629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1C69DE9C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DFD136" w14:textId="4C3B1BBC" w:rsidR="001E7C23" w:rsidRPr="00260F73" w:rsidRDefault="001E7C23" w:rsidP="002E140B"/>
        </w:tc>
      </w:tr>
      <w:tr w:rsidR="001E7C23" w:rsidRPr="00260F73" w14:paraId="014062F4" w14:textId="77777777" w:rsidTr="00E70F08">
        <w:tc>
          <w:tcPr>
            <w:tcW w:w="9350" w:type="dxa"/>
            <w:gridSpan w:val="2"/>
          </w:tcPr>
          <w:p w14:paraId="4A6E36FD" w14:textId="2792EDC2" w:rsidR="001E7C23" w:rsidRPr="00260F73" w:rsidRDefault="001E7C23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407897418"/>
                <w:placeholder>
                  <w:docPart w:val="3E39DEB80A7944DFBE4F24EB706EFF5B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E7C23" w:rsidRPr="00260F73" w14:paraId="6ED23318" w14:textId="77777777" w:rsidTr="002E140B">
        <w:tc>
          <w:tcPr>
            <w:tcW w:w="2547" w:type="dxa"/>
          </w:tcPr>
          <w:p w14:paraId="1E20D25B" w14:textId="77777777" w:rsidR="001E7C23" w:rsidRPr="00260F73" w:rsidRDefault="001E7C23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061829213"/>
            <w:placeholder>
              <w:docPart w:val="8F988C9AD9BB485C85B97ED0BCA77BC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C32AAE0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E7C23" w:rsidRPr="00260F73" w14:paraId="05FCC269" w14:textId="77777777" w:rsidTr="002E140B">
        <w:tc>
          <w:tcPr>
            <w:tcW w:w="2547" w:type="dxa"/>
          </w:tcPr>
          <w:p w14:paraId="10FF0E8A" w14:textId="77777777" w:rsidR="001E7C23" w:rsidRPr="00260F73" w:rsidRDefault="001E7C23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92332476"/>
            <w:placeholder>
              <w:docPart w:val="35605AD6BBDF4ED99F8ADA63547E822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23DD907D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E7C23" w:rsidRPr="00260F73" w14:paraId="7D5A078F" w14:textId="77777777" w:rsidTr="002E140B">
        <w:tc>
          <w:tcPr>
            <w:tcW w:w="2547" w:type="dxa"/>
          </w:tcPr>
          <w:p w14:paraId="4CBAF60F" w14:textId="77777777" w:rsidR="001E7C23" w:rsidRPr="00260F73" w:rsidRDefault="001E7C23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889924017"/>
            <w:placeholder>
              <w:docPart w:val="8D3EA6E0524F43B990D19E247350906F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3B7E74F7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455E236B" w14:textId="77777777" w:rsidTr="002E140B">
        <w:tc>
          <w:tcPr>
            <w:tcW w:w="2547" w:type="dxa"/>
          </w:tcPr>
          <w:p w14:paraId="01E1055E" w14:textId="77777777" w:rsidR="001E7C23" w:rsidRPr="00260F73" w:rsidRDefault="001E7C23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336609779"/>
            <w:placeholder>
              <w:docPart w:val="B92ED811C3F340E4B66E25B03C5F259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3097A9E9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75EC8707" w14:textId="77777777" w:rsidTr="002E140B">
        <w:tc>
          <w:tcPr>
            <w:tcW w:w="2547" w:type="dxa"/>
            <w:vAlign w:val="center"/>
          </w:tcPr>
          <w:p w14:paraId="47818D32" w14:textId="77777777" w:rsidR="001E7C23" w:rsidRPr="00260F73" w:rsidRDefault="001E7C23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76874430"/>
            <w:placeholder>
              <w:docPart w:val="CBD0958EC6A948C186CCC40A9E055411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012A263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323A24FE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0E051A4C" w14:textId="77777777" w:rsidR="001E7C23" w:rsidRPr="00260F73" w:rsidRDefault="001E7C23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031911664"/>
            <w:placeholder>
              <w:docPart w:val="828DD59B7DC4472982AEB06FBE5E4B1B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74CE87BC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43137561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A9FB1D" w14:textId="2C287811" w:rsidR="001E7C23" w:rsidRPr="00260F73" w:rsidRDefault="001E7C23" w:rsidP="002E140B"/>
        </w:tc>
      </w:tr>
      <w:tr w:rsidR="001E7C23" w:rsidRPr="00260F73" w14:paraId="096DC050" w14:textId="77777777" w:rsidTr="00E70F08">
        <w:tc>
          <w:tcPr>
            <w:tcW w:w="9350" w:type="dxa"/>
            <w:gridSpan w:val="2"/>
          </w:tcPr>
          <w:p w14:paraId="13C8623F" w14:textId="0A72E0C1" w:rsidR="001E7C23" w:rsidRPr="00260F73" w:rsidRDefault="001E7C23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531846374"/>
                <w:placeholder>
                  <w:docPart w:val="B5200B00F824435FB5CD68C3C09FE7DA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E7C23" w:rsidRPr="00260F73" w14:paraId="5A71C0B0" w14:textId="77777777" w:rsidTr="002E140B">
        <w:tc>
          <w:tcPr>
            <w:tcW w:w="2547" w:type="dxa"/>
          </w:tcPr>
          <w:p w14:paraId="52778418" w14:textId="77777777" w:rsidR="001E7C23" w:rsidRPr="00260F73" w:rsidRDefault="001E7C23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589889080"/>
            <w:placeholder>
              <w:docPart w:val="FFD5F2AE201A4FD79F7104F95101E6C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E136E0D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E7C23" w:rsidRPr="00260F73" w14:paraId="44A2B358" w14:textId="77777777" w:rsidTr="002E140B">
        <w:tc>
          <w:tcPr>
            <w:tcW w:w="2547" w:type="dxa"/>
          </w:tcPr>
          <w:p w14:paraId="58FA0337" w14:textId="77777777" w:rsidR="001E7C23" w:rsidRPr="00260F73" w:rsidRDefault="001E7C23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823157381"/>
            <w:placeholder>
              <w:docPart w:val="804854AD817545C2854150973286422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0A5A48AC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E7C23" w:rsidRPr="00260F73" w14:paraId="3ECD4472" w14:textId="77777777" w:rsidTr="002E140B">
        <w:tc>
          <w:tcPr>
            <w:tcW w:w="2547" w:type="dxa"/>
          </w:tcPr>
          <w:p w14:paraId="30C70E09" w14:textId="77777777" w:rsidR="001E7C23" w:rsidRPr="00260F73" w:rsidRDefault="001E7C23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871582639"/>
            <w:placeholder>
              <w:docPart w:val="0F074EE3646543CF9DE978023F8BB02B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F724BA8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3AE8DD1B" w14:textId="77777777" w:rsidTr="002E140B">
        <w:tc>
          <w:tcPr>
            <w:tcW w:w="2547" w:type="dxa"/>
          </w:tcPr>
          <w:p w14:paraId="63C7B024" w14:textId="77777777" w:rsidR="001E7C23" w:rsidRPr="00260F73" w:rsidRDefault="001E7C23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807246058"/>
            <w:placeholder>
              <w:docPart w:val="79FE7C5D100B4780909EB75B6E766D5F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EBD300A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633B31FA" w14:textId="77777777" w:rsidTr="002E140B">
        <w:tc>
          <w:tcPr>
            <w:tcW w:w="2547" w:type="dxa"/>
            <w:vAlign w:val="center"/>
          </w:tcPr>
          <w:p w14:paraId="127716D3" w14:textId="77777777" w:rsidR="001E7C23" w:rsidRPr="00260F73" w:rsidRDefault="001E7C23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233129741"/>
            <w:placeholder>
              <w:docPart w:val="482F3B4F4A044AD5B43FD49548FC8254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DB35119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56075A7A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0F9346F" w14:textId="77777777" w:rsidR="001E7C23" w:rsidRPr="00260F73" w:rsidRDefault="001E7C23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432178622"/>
            <w:placeholder>
              <w:docPart w:val="105FEC0F67114EC9A247BA304282D96C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235D86C1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33D118A1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26D548" w14:textId="5FB56836" w:rsidR="001E7C23" w:rsidRPr="00260F73" w:rsidRDefault="001E7C23" w:rsidP="002E140B"/>
        </w:tc>
      </w:tr>
    </w:tbl>
    <w:p w14:paraId="2C3A448C" w14:textId="77777777" w:rsidR="001E7C23" w:rsidRDefault="001E7C23">
      <w:pPr>
        <w:pStyle w:val="Heading1"/>
      </w:pPr>
    </w:p>
    <w:p w14:paraId="70EC459A" w14:textId="77777777" w:rsidR="001E7C23" w:rsidRDefault="001E7C23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526467BB" w:rsidR="00214ECC" w:rsidRPr="00260F73" w:rsidRDefault="007C3707">
      <w:pPr>
        <w:pStyle w:val="Heading1"/>
      </w:pPr>
      <w:r w:rsidRPr="00260F73">
        <w:lastRenderedPageBreak/>
        <w:t>A</w:t>
      </w:r>
      <w:r w:rsidR="003729FB" w:rsidRPr="00260F73">
        <w:t>udit &amp; Quality Improvement</w:t>
      </w:r>
    </w:p>
    <w:p w14:paraId="75A29372" w14:textId="3ADEAE6A" w:rsidR="007C3707" w:rsidRPr="00260F73" w:rsidRDefault="000A5F58" w:rsidP="007C3707">
      <w:r>
        <w:t>Please list your top 3 Audit/Quality Improvement Projects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:rsidRPr="00260F73" w14:paraId="1AC9EFE7" w14:textId="77777777" w:rsidTr="0019370D">
        <w:tc>
          <w:tcPr>
            <w:tcW w:w="9350" w:type="dxa"/>
            <w:gridSpan w:val="2"/>
          </w:tcPr>
          <w:p w14:paraId="4B30661B" w14:textId="162486B2" w:rsidR="008525FA" w:rsidRPr="00260F73" w:rsidRDefault="008525FA" w:rsidP="002D7D98">
            <w:r w:rsidRPr="00260F73">
              <w:rPr>
                <w:b/>
                <w:bCs/>
              </w:rPr>
              <w:t>Project Title</w:t>
            </w:r>
            <w:r w:rsidR="00CD745A" w:rsidRPr="00260F73">
              <w:rPr>
                <w:b/>
                <w:bCs/>
              </w:rPr>
              <w:t>:</w:t>
            </w:r>
            <w:r w:rsidR="00A0792E" w:rsidRPr="00260F73">
              <w:rPr>
                <w:b/>
                <w:bCs/>
              </w:rPr>
              <w:t xml:space="preserve"> </w:t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EndPr/>
              <w:sdtContent>
                <w:r w:rsidR="00CD745A"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:rsidRPr="00260F73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Pr="00260F73" w:rsidRDefault="00CD745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45FB9AC" w14:textId="2D45EB7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Pr="00260F73" w:rsidRDefault="00CD745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Pr="00260F73" w:rsidRDefault="00CD745A" w:rsidP="002D7D98">
            <w:r w:rsidRPr="00260F73"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5D02023" w14:textId="60E95C39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57FE0445" w14:textId="66AEC1FD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:rsidRPr="00260F73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53A3E46" w14:textId="77777777" w:rsidR="008525FA" w:rsidRPr="00260F73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673DCAB" w14:textId="7BD4129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2E70E9ED" w14:textId="77777777" w:rsidR="008525FA" w:rsidRPr="00260F73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CCAF454" w14:textId="4840209E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Pr="00260F73" w:rsidRDefault="00CD745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91EB2BF" w14:textId="28F05A7B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00FB74B5" w14:textId="77777777" w:rsidTr="00A0792E">
        <w:tc>
          <w:tcPr>
            <w:tcW w:w="2830" w:type="dxa"/>
            <w:vAlign w:val="center"/>
          </w:tcPr>
          <w:p w14:paraId="013FD58D" w14:textId="3C3AD7D2" w:rsidR="000A5F58" w:rsidRPr="00260F73" w:rsidRDefault="000A5F58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Location of presented audit</w:t>
            </w:r>
          </w:p>
        </w:tc>
        <w:sdt>
          <w:sdtPr>
            <w:id w:val="-1759908549"/>
            <w:placeholder>
              <w:docPart w:val="BAD7DA4317824562B0E76F185F28F5ED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8F02D03" w14:textId="2FABB59E" w:rsidR="000A5F58" w:rsidRPr="00260F73" w:rsidRDefault="000A5F58" w:rsidP="002D7D98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CD745A" w:rsidRPr="00260F73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Pr="00260F73" w:rsidRDefault="00CD745A" w:rsidP="002D7D98">
            <w:r w:rsidRPr="00260F73"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66B44E78" w:rsidR="00CD745A" w:rsidRPr="00260F73" w:rsidRDefault="00CD745A" w:rsidP="002D7D98"/>
        </w:tc>
      </w:tr>
      <w:tr w:rsidR="002931FF" w:rsidRPr="00260F73" w14:paraId="3014636D" w14:textId="77777777" w:rsidTr="0019370D">
        <w:tc>
          <w:tcPr>
            <w:tcW w:w="9350" w:type="dxa"/>
            <w:gridSpan w:val="2"/>
          </w:tcPr>
          <w:p w14:paraId="3216CF1D" w14:textId="481964FB" w:rsidR="002931FF" w:rsidRPr="00260F73" w:rsidRDefault="002931FF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74721409"/>
                <w:placeholder>
                  <w:docPart w:val="982533AA1A67444FAB6AD764FF1EF883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931FF" w:rsidRPr="00260F73" w14:paraId="6E261133" w14:textId="77777777" w:rsidTr="00A0792E">
        <w:tc>
          <w:tcPr>
            <w:tcW w:w="2830" w:type="dxa"/>
            <w:vAlign w:val="center"/>
          </w:tcPr>
          <w:p w14:paraId="193728E9" w14:textId="77777777" w:rsidR="002931FF" w:rsidRPr="00260F73" w:rsidRDefault="002931FF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611206397"/>
            <w:placeholder>
              <w:docPart w:val="A8251704D7154EB4AAFD40739CBF3232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4294417" w14:textId="77777777" w:rsidR="002931FF" w:rsidRPr="00260F73" w:rsidRDefault="002931FF" w:rsidP="00CA379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:rsidRPr="00260F73" w14:paraId="77831E41" w14:textId="77777777" w:rsidTr="00A0792E">
        <w:tc>
          <w:tcPr>
            <w:tcW w:w="2830" w:type="dxa"/>
            <w:vAlign w:val="center"/>
          </w:tcPr>
          <w:p w14:paraId="456ED2A1" w14:textId="77777777" w:rsidR="002931FF" w:rsidRPr="00260F73" w:rsidRDefault="002931FF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7934321" w14:textId="77777777" w:rsidR="002931FF" w:rsidRPr="00260F73" w:rsidRDefault="002931FF" w:rsidP="002D7D98">
            <w:r w:rsidRPr="00260F73">
              <w:t xml:space="preserve">Yes </w:t>
            </w:r>
            <w:sdt>
              <w:sdtPr>
                <w:id w:val="-104052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87765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9843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:rsidRPr="00260F73" w14:paraId="7A824D50" w14:textId="77777777" w:rsidTr="00A0792E">
        <w:tc>
          <w:tcPr>
            <w:tcW w:w="2830" w:type="dxa"/>
            <w:vAlign w:val="center"/>
          </w:tcPr>
          <w:p w14:paraId="7C2C9893" w14:textId="77777777" w:rsidR="002931FF" w:rsidRPr="00260F73" w:rsidRDefault="002931FF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1197582324"/>
            <w:placeholder>
              <w:docPart w:val="092F71A98DCB432994A49CF6A2418B1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55E62E12" w14:textId="77777777" w:rsidR="002931FF" w:rsidRPr="00260F73" w:rsidRDefault="002931FF" w:rsidP="00CA379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:rsidRPr="00260F73" w14:paraId="220D0D2D" w14:textId="77777777" w:rsidTr="00A0792E">
        <w:tc>
          <w:tcPr>
            <w:tcW w:w="2830" w:type="dxa"/>
            <w:vAlign w:val="center"/>
          </w:tcPr>
          <w:p w14:paraId="73DD0207" w14:textId="77777777" w:rsidR="002931FF" w:rsidRPr="00260F73" w:rsidRDefault="002931FF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815936946"/>
            <w:placeholder>
              <w:docPart w:val="FF714C39671F4059B6173089394CD3E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00A3AC13" w14:textId="77777777" w:rsidR="002931FF" w:rsidRPr="00260F73" w:rsidRDefault="002931FF" w:rsidP="00CA379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:rsidRPr="00260F73" w14:paraId="4766F2A8" w14:textId="77777777" w:rsidTr="00A0792E">
        <w:tc>
          <w:tcPr>
            <w:tcW w:w="2830" w:type="dxa"/>
            <w:vAlign w:val="center"/>
          </w:tcPr>
          <w:p w14:paraId="69BF3AA2" w14:textId="77777777" w:rsidR="002931FF" w:rsidRPr="00260F73" w:rsidRDefault="002931FF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68394289" w14:textId="77777777" w:rsidR="002931FF" w:rsidRPr="00260F73" w:rsidRDefault="002931FF" w:rsidP="00CD745A"/>
        </w:tc>
        <w:sdt>
          <w:sdtPr>
            <w:id w:val="-347414704"/>
            <w:placeholder>
              <w:docPart w:val="28589E92AA8443098EDE0E709D3F9809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7BA76A8" w14:textId="77777777" w:rsidR="002931FF" w:rsidRPr="00260F73" w:rsidRDefault="002931FF" w:rsidP="00CA379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:rsidRPr="00260F73" w14:paraId="0BB1FDDC" w14:textId="77777777" w:rsidTr="00A0792E">
        <w:tc>
          <w:tcPr>
            <w:tcW w:w="2830" w:type="dxa"/>
            <w:vAlign w:val="center"/>
          </w:tcPr>
          <w:p w14:paraId="5377F8F6" w14:textId="77777777" w:rsidR="002931FF" w:rsidRPr="00260F73" w:rsidRDefault="002931FF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3C96DEB8" w14:textId="77777777" w:rsidR="002931FF" w:rsidRPr="00260F73" w:rsidRDefault="002931FF" w:rsidP="00CD745A"/>
        </w:tc>
        <w:sdt>
          <w:sdtPr>
            <w:id w:val="1700431310"/>
            <w:placeholder>
              <w:docPart w:val="7B8873B5DDFA49E29AD3D86C96355BE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2EAFB29" w14:textId="77777777" w:rsidR="002931FF" w:rsidRPr="00260F73" w:rsidRDefault="002931FF" w:rsidP="00CA379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:rsidRPr="00260F73" w14:paraId="0E4CEAFE" w14:textId="77777777" w:rsidTr="00A0792E">
        <w:tc>
          <w:tcPr>
            <w:tcW w:w="2830" w:type="dxa"/>
            <w:vAlign w:val="center"/>
          </w:tcPr>
          <w:p w14:paraId="4664899C" w14:textId="77777777" w:rsidR="002931FF" w:rsidRPr="00260F73" w:rsidRDefault="002931FF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1829975207"/>
            <w:placeholder>
              <w:docPart w:val="7D53A91E55554B1E87906AAB7E66728B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A000859" w14:textId="77777777" w:rsidR="002931FF" w:rsidRPr="00260F73" w:rsidRDefault="002931FF" w:rsidP="00CA379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346A8DF1" w14:textId="77777777" w:rsidTr="00A0792E">
        <w:tc>
          <w:tcPr>
            <w:tcW w:w="2830" w:type="dxa"/>
            <w:vAlign w:val="center"/>
          </w:tcPr>
          <w:p w14:paraId="3D473C12" w14:textId="071BD92F" w:rsidR="000A5F58" w:rsidRPr="00260F73" w:rsidRDefault="000A5F58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Location of presented audit</w:t>
            </w:r>
          </w:p>
        </w:tc>
        <w:sdt>
          <w:sdtPr>
            <w:id w:val="-1081372678"/>
            <w:placeholder>
              <w:docPart w:val="29CD8A7535044DA89BE48C5A80D6D1A5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0D848B7" w14:textId="6CB713AC" w:rsidR="000A5F58" w:rsidRPr="00260F73" w:rsidRDefault="000A5F58" w:rsidP="00CA379F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2931FF" w:rsidRPr="00260F73" w14:paraId="10142A32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7DFCFA4" w14:textId="77777777" w:rsidR="002931FF" w:rsidRPr="00260F73" w:rsidRDefault="002931FF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02D975A" w14:textId="77777777" w:rsidR="002931FF" w:rsidRPr="00260F73" w:rsidRDefault="002931FF" w:rsidP="002D7D98">
            <w:r w:rsidRPr="00260F73">
              <w:t xml:space="preserve">Yes </w:t>
            </w:r>
            <w:sdt>
              <w:sdtPr>
                <w:id w:val="214462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0650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:rsidRPr="00260F73" w14:paraId="49840D2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3731D" w14:textId="35242E85" w:rsidR="002931FF" w:rsidRPr="00260F73" w:rsidRDefault="002931FF" w:rsidP="002D7D98"/>
        </w:tc>
      </w:tr>
      <w:tr w:rsidR="000A5F58" w:rsidRPr="00260F73" w14:paraId="79FB0695" w14:textId="77777777" w:rsidTr="0019370D">
        <w:tc>
          <w:tcPr>
            <w:tcW w:w="9350" w:type="dxa"/>
            <w:gridSpan w:val="2"/>
          </w:tcPr>
          <w:p w14:paraId="6E096881" w14:textId="6DC90CFB" w:rsidR="000A5F58" w:rsidRPr="00260F73" w:rsidRDefault="000A5F58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32733099"/>
                <w:placeholder>
                  <w:docPart w:val="774A2D43DF304886A881A48DB725E3AA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A5F58" w:rsidRPr="00260F73" w14:paraId="38A861DD" w14:textId="77777777" w:rsidTr="00A0792E">
        <w:tc>
          <w:tcPr>
            <w:tcW w:w="2830" w:type="dxa"/>
            <w:vAlign w:val="center"/>
          </w:tcPr>
          <w:p w14:paraId="2E388DB9" w14:textId="77777777" w:rsidR="000A5F58" w:rsidRPr="00260F73" w:rsidRDefault="000A5F58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1805000164"/>
            <w:placeholder>
              <w:docPart w:val="F52DC1AC1EF943789D35F04A29286323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AA1B4F8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55819AD8" w14:textId="77777777" w:rsidTr="00A0792E">
        <w:tc>
          <w:tcPr>
            <w:tcW w:w="2830" w:type="dxa"/>
            <w:vAlign w:val="center"/>
          </w:tcPr>
          <w:p w14:paraId="2EBF37F9" w14:textId="77777777" w:rsidR="000A5F58" w:rsidRPr="00260F73" w:rsidRDefault="000A5F58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78D31961" w14:textId="77777777" w:rsidR="000A5F58" w:rsidRPr="00260F73" w:rsidRDefault="000A5F58" w:rsidP="002D7D98">
            <w:r w:rsidRPr="00260F73">
              <w:t xml:space="preserve">Yes </w:t>
            </w:r>
            <w:sdt>
              <w:sdtPr>
                <w:id w:val="-10352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30063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749612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A5F58" w:rsidRPr="00260F73" w14:paraId="7897FBF6" w14:textId="77777777" w:rsidTr="00A0792E">
        <w:tc>
          <w:tcPr>
            <w:tcW w:w="2830" w:type="dxa"/>
            <w:vAlign w:val="center"/>
          </w:tcPr>
          <w:p w14:paraId="681E2D01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lastRenderedPageBreak/>
              <w:t>Audit Start Date</w:t>
            </w:r>
          </w:p>
        </w:tc>
        <w:sdt>
          <w:sdtPr>
            <w:id w:val="-149138476"/>
            <w:placeholder>
              <w:docPart w:val="8F0F9E9C7F32471294302BE920C10E9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8B165B7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A5F58" w:rsidRPr="00260F73" w14:paraId="676E8CD9" w14:textId="77777777" w:rsidTr="00A0792E">
        <w:tc>
          <w:tcPr>
            <w:tcW w:w="2830" w:type="dxa"/>
            <w:vAlign w:val="center"/>
          </w:tcPr>
          <w:p w14:paraId="79AA0E71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1253327496"/>
            <w:placeholder>
              <w:docPart w:val="400EF9D5C5064AC3A5046E4511DC1EF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0BF8EB7B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A5F58" w:rsidRPr="00260F73" w14:paraId="23267DBC" w14:textId="77777777" w:rsidTr="00A0792E">
        <w:tc>
          <w:tcPr>
            <w:tcW w:w="2830" w:type="dxa"/>
            <w:vAlign w:val="center"/>
          </w:tcPr>
          <w:p w14:paraId="171E3F65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7E72C201" w14:textId="77777777" w:rsidR="000A5F58" w:rsidRPr="00260F73" w:rsidRDefault="000A5F58" w:rsidP="00CD745A"/>
        </w:tc>
        <w:sdt>
          <w:sdtPr>
            <w:id w:val="-1256513825"/>
            <w:placeholder>
              <w:docPart w:val="47C1A675730A4DF4BE8EF00B9880615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389A909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6E619FAB" w14:textId="77777777" w:rsidTr="00A0792E">
        <w:tc>
          <w:tcPr>
            <w:tcW w:w="2830" w:type="dxa"/>
            <w:vAlign w:val="center"/>
          </w:tcPr>
          <w:p w14:paraId="16B2695F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55810D58" w14:textId="77777777" w:rsidR="000A5F58" w:rsidRPr="00260F73" w:rsidRDefault="000A5F58" w:rsidP="00CD745A"/>
        </w:tc>
        <w:sdt>
          <w:sdtPr>
            <w:id w:val="-1724130423"/>
            <w:placeholder>
              <w:docPart w:val="B066F365C96545E7BCD8875465C89505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2E9CCC6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79834682" w14:textId="77777777" w:rsidTr="00A0792E">
        <w:tc>
          <w:tcPr>
            <w:tcW w:w="2830" w:type="dxa"/>
            <w:vAlign w:val="center"/>
          </w:tcPr>
          <w:p w14:paraId="323757DC" w14:textId="77777777" w:rsidR="000A5F58" w:rsidRPr="00260F73" w:rsidRDefault="000A5F58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2043270993"/>
            <w:placeholder>
              <w:docPart w:val="84A6CB71295541ACA9F42EDDCCA9A365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0326CC4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525A8EB3" w14:textId="77777777" w:rsidTr="00A0792E">
        <w:tc>
          <w:tcPr>
            <w:tcW w:w="2830" w:type="dxa"/>
            <w:vAlign w:val="center"/>
          </w:tcPr>
          <w:p w14:paraId="6547B44C" w14:textId="772150A6" w:rsidR="000A5F58" w:rsidRPr="00260F73" w:rsidRDefault="000A5F58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Location of presented audit</w:t>
            </w:r>
          </w:p>
        </w:tc>
        <w:sdt>
          <w:sdtPr>
            <w:id w:val="332725908"/>
            <w:placeholder>
              <w:docPart w:val="3A89163453E74F2594044BAC0AC3048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ADCC412" w14:textId="753E9BB7" w:rsidR="000A5F58" w:rsidRPr="00260F73" w:rsidRDefault="000A5F58" w:rsidP="00E73B0F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0A5F58" w:rsidRPr="00260F73" w14:paraId="65246EC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C34E8FB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4DAB37C" w14:textId="2B969A00" w:rsidR="000A5F58" w:rsidRPr="00260F73" w:rsidRDefault="000A5F58" w:rsidP="002D7D98">
            <w:r w:rsidRPr="00260F73">
              <w:t xml:space="preserve">Yes </w:t>
            </w:r>
            <w:sdt>
              <w:sdtPr>
                <w:id w:val="386840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89256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A5F58" w:rsidRPr="00260F73" w14:paraId="21B9677E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BA436C" w14:textId="684ABC3E" w:rsidR="000A5F58" w:rsidRPr="00260F73" w:rsidRDefault="000A5F58" w:rsidP="002D7D98"/>
        </w:tc>
      </w:tr>
    </w:tbl>
    <w:p w14:paraId="4B13E1C0" w14:textId="77777777" w:rsidR="008525FA" w:rsidRPr="00260F73" w:rsidRDefault="008525FA" w:rsidP="002D7D98"/>
    <w:p w14:paraId="5009E3AA" w14:textId="77777777" w:rsidR="001E7C23" w:rsidRDefault="001E7C23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2A5312ED" w:rsidR="00214ECC" w:rsidRPr="00260F73" w:rsidRDefault="003729FB">
      <w:pPr>
        <w:pStyle w:val="Heading1"/>
      </w:pPr>
      <w:r w:rsidRPr="00260F73">
        <w:lastRenderedPageBreak/>
        <w:t>Research &amp; Publications</w:t>
      </w:r>
    </w:p>
    <w:p w14:paraId="62DC2938" w14:textId="77777777" w:rsidR="000A5F58" w:rsidRPr="002D7D98" w:rsidRDefault="000A5F58" w:rsidP="000A5F58">
      <w:r>
        <w:t>Please list your top 4 Publications, Oral Presentations, Posters,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:rsidRPr="00260F73" w14:paraId="6F75DC21" w14:textId="77777777" w:rsidTr="00695860">
        <w:tc>
          <w:tcPr>
            <w:tcW w:w="9350" w:type="dxa"/>
            <w:gridSpan w:val="2"/>
          </w:tcPr>
          <w:p w14:paraId="59BAD478" w14:textId="209CB924" w:rsidR="00CD745A" w:rsidRPr="00015574" w:rsidRDefault="000A5F5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Title of item</w:t>
            </w:r>
            <w:r w:rsidR="00CD745A" w:rsidRPr="00015574">
              <w:rPr>
                <w:rFonts w:cs="Calibri"/>
                <w:b/>
                <w:bCs/>
                <w:szCs w:val="24"/>
              </w:rPr>
              <w:t xml:space="preserve">: </w:t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EndPr/>
              <w:sdtContent>
                <w:r w:rsidR="00CD745A"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CD745A" w:rsidRPr="00260F73" w14:paraId="769739CE" w14:textId="77777777" w:rsidTr="00CD745A">
        <w:tc>
          <w:tcPr>
            <w:tcW w:w="2723" w:type="dxa"/>
            <w:vAlign w:val="center"/>
          </w:tcPr>
          <w:p w14:paraId="178AC458" w14:textId="7EE58B83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 w:rsidR="00015574" w:rsidRPr="00015574">
              <w:rPr>
                <w:rFonts w:cs="Calibri"/>
                <w:b/>
                <w:bCs/>
                <w:szCs w:val="24"/>
              </w:rPr>
              <w:t xml:space="preserve"> &amp; Authorship </w:t>
            </w:r>
            <w:r w:rsidR="00015574" w:rsidRPr="00015574">
              <w:rPr>
                <w:rFonts w:eastAsia="Cambria" w:cs="Calibri"/>
                <w:b/>
                <w:bCs/>
                <w:szCs w:val="24"/>
                <w:lang w:val="en-US"/>
              </w:rPr>
              <w:t>(1</w:t>
            </w:r>
            <w:r w:rsidR="00015574"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st</w:t>
            </w:r>
            <w:r w:rsidR="00015574" w:rsidRPr="00015574">
              <w:rPr>
                <w:rFonts w:eastAsia="Cambria" w:cs="Calibri"/>
                <w:b/>
                <w:bCs/>
                <w:szCs w:val="24"/>
                <w:lang w:val="en-US"/>
              </w:rPr>
              <w:t>, 2</w:t>
            </w:r>
            <w:r w:rsidR="00015574"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nd</w:t>
            </w:r>
            <w:r w:rsidR="00015574" w:rsidRPr="00015574">
              <w:rPr>
                <w:rFonts w:eastAsia="Cambria" w:cs="Calibri"/>
                <w:b/>
                <w:bCs/>
                <w:szCs w:val="24"/>
                <w:lang w:val="en-US"/>
              </w:rPr>
              <w:t>, 3</w:t>
            </w:r>
            <w:r w:rsidR="00015574"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rd</w:t>
            </w:r>
            <w:r w:rsidR="00015574" w:rsidRPr="00015574">
              <w:rPr>
                <w:rFonts w:eastAsia="Cambria" w:cs="Calibri"/>
                <w:b/>
                <w:bCs/>
                <w:szCs w:val="24"/>
                <w:lang w:val="en-US"/>
              </w:rPr>
              <w:t xml:space="preserve"> author, etc.)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19B1C3D" w14:textId="3D84B99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15DA0842" w14:textId="77777777" w:rsidTr="00CD745A">
        <w:tc>
          <w:tcPr>
            <w:tcW w:w="2723" w:type="dxa"/>
            <w:vAlign w:val="center"/>
          </w:tcPr>
          <w:p w14:paraId="22919863" w14:textId="26D703DD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68FCDE1" w14:textId="3348A05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5D715A34" w14:textId="77777777" w:rsidTr="00CD745A">
        <w:tc>
          <w:tcPr>
            <w:tcW w:w="2723" w:type="dxa"/>
            <w:vAlign w:val="center"/>
          </w:tcPr>
          <w:p w14:paraId="1275C95C" w14:textId="1B26F01E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DOI link </w:t>
            </w:r>
            <w:r w:rsidR="00015574" w:rsidRPr="00015574">
              <w:rPr>
                <w:rFonts w:cs="Calibri"/>
                <w:b/>
                <w:bCs/>
                <w:szCs w:val="24"/>
              </w:rPr>
              <w:t>(</w:t>
            </w:r>
            <w:r w:rsidRPr="00015574">
              <w:rPr>
                <w:rFonts w:cs="Calibri"/>
                <w:b/>
                <w:bCs/>
                <w:szCs w:val="24"/>
              </w:rPr>
              <w:t>where applicable</w:t>
            </w:r>
            <w:r w:rsidR="00015574" w:rsidRPr="00015574">
              <w:rPr>
                <w:rFonts w:cs="Calibri"/>
                <w:b/>
                <w:bCs/>
                <w:szCs w:val="24"/>
              </w:rPr>
              <w:t>)</w:t>
            </w:r>
          </w:p>
          <w:p w14:paraId="687B8572" w14:textId="77777777" w:rsidR="00CD745A" w:rsidRPr="00015574" w:rsidRDefault="00CD745A" w:rsidP="00CD745A">
            <w:pPr>
              <w:rPr>
                <w:rFonts w:cs="Calibri"/>
                <w:szCs w:val="24"/>
              </w:rPr>
            </w:pPr>
          </w:p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5BB4C77" w14:textId="59DC1FA6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7E170BE8" w14:textId="77777777" w:rsidTr="00CD745A">
        <w:tc>
          <w:tcPr>
            <w:tcW w:w="2723" w:type="dxa"/>
            <w:vAlign w:val="center"/>
          </w:tcPr>
          <w:p w14:paraId="609E6916" w14:textId="6B8BFF7A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83255EC" w14:textId="595583B5" w:rsidR="00CD745A" w:rsidRPr="00260F73" w:rsidRDefault="00CD745A" w:rsidP="00C7253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15574" w:rsidRPr="00260F73" w14:paraId="736258BB" w14:textId="77777777" w:rsidTr="00CD745A">
        <w:tc>
          <w:tcPr>
            <w:tcW w:w="2723" w:type="dxa"/>
            <w:vAlign w:val="center"/>
          </w:tcPr>
          <w:p w14:paraId="5D59EC7F" w14:textId="2D9FAFAC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Publication Type (Poster Abstract or Full Paper)</w:t>
            </w:r>
          </w:p>
        </w:tc>
        <w:tc>
          <w:tcPr>
            <w:tcW w:w="6627" w:type="dxa"/>
          </w:tcPr>
          <w:p w14:paraId="18AAD90D" w14:textId="65495612" w:rsidR="00015574" w:rsidRDefault="0096516B" w:rsidP="00C7253B">
            <w:sdt>
              <w:sdtPr>
                <w:id w:val="176388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Poster </w:t>
            </w:r>
          </w:p>
          <w:p w14:paraId="71ED4CEB" w14:textId="328C4E6E" w:rsidR="00015574" w:rsidRDefault="0096516B" w:rsidP="00C7253B">
            <w:sdt>
              <w:sdtPr>
                <w:id w:val="-364060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Abstract</w:t>
            </w:r>
          </w:p>
          <w:p w14:paraId="5DD299C7" w14:textId="1AC6C828" w:rsidR="00015574" w:rsidRPr="00260F73" w:rsidRDefault="0096516B" w:rsidP="00C7253B">
            <w:sdt>
              <w:sdtPr>
                <w:id w:val="1758396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Full paper</w:t>
            </w:r>
          </w:p>
        </w:tc>
      </w:tr>
      <w:tr w:rsidR="00CD745A" w:rsidRPr="00260F73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Pr="00260F73" w:rsidRDefault="00CD745A" w:rsidP="00CD745A">
            <w:r w:rsidRPr="00260F73"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Pr="00260F73" w:rsidRDefault="00CD745A" w:rsidP="00CD745A">
            <w:r w:rsidRPr="00260F73"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260F73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7DF1CA84" w:rsidR="00CD745A" w:rsidRPr="00260F73" w:rsidRDefault="00CD745A" w:rsidP="00CD745A"/>
        </w:tc>
      </w:tr>
      <w:tr w:rsidR="00015574" w:rsidRPr="00260F73" w14:paraId="5BBB223F" w14:textId="77777777" w:rsidTr="00695860">
        <w:tc>
          <w:tcPr>
            <w:tcW w:w="9350" w:type="dxa"/>
            <w:gridSpan w:val="2"/>
          </w:tcPr>
          <w:p w14:paraId="03D9F5E6" w14:textId="588A3F8D" w:rsidR="00015574" w:rsidRPr="00015574" w:rsidRDefault="00015574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699509654"/>
                <w:placeholder>
                  <w:docPart w:val="1FE5C23E83A14735ADE17CCB15AA3DE1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015574" w:rsidRPr="00260F73" w14:paraId="2F37DE47" w14:textId="77777777" w:rsidTr="00CD745A">
        <w:tc>
          <w:tcPr>
            <w:tcW w:w="2723" w:type="dxa"/>
            <w:vAlign w:val="center"/>
          </w:tcPr>
          <w:p w14:paraId="351DB377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Role &amp; Authorship 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(1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st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2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nd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3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rd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 xml:space="preserve"> author, etc.)</w:t>
            </w:r>
          </w:p>
        </w:tc>
        <w:sdt>
          <w:sdtPr>
            <w:id w:val="254173810"/>
            <w:placeholder>
              <w:docPart w:val="5B3F827A0E244F3C885C33E9F6C9368C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F7AA5CF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3FADA252" w14:textId="77777777" w:rsidTr="00CD745A">
        <w:tc>
          <w:tcPr>
            <w:tcW w:w="2723" w:type="dxa"/>
            <w:vAlign w:val="center"/>
          </w:tcPr>
          <w:p w14:paraId="0D5708BC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</w:p>
        </w:tc>
        <w:sdt>
          <w:sdtPr>
            <w:id w:val="1483534"/>
            <w:placeholder>
              <w:docPart w:val="FB413D3F1F144513A748172053677684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EF6DDF3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4759C29E" w14:textId="77777777" w:rsidTr="00CD745A">
        <w:tc>
          <w:tcPr>
            <w:tcW w:w="2723" w:type="dxa"/>
            <w:vAlign w:val="center"/>
          </w:tcPr>
          <w:p w14:paraId="033904FA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</w:p>
          <w:p w14:paraId="3D808E7D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</w:p>
        </w:tc>
        <w:sdt>
          <w:sdtPr>
            <w:id w:val="-1546511160"/>
            <w:placeholder>
              <w:docPart w:val="D69480043D7744BF9323BB102EAC18D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7E71693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6D915A5A" w14:textId="77777777" w:rsidTr="00CD745A">
        <w:tc>
          <w:tcPr>
            <w:tcW w:w="2723" w:type="dxa"/>
            <w:vAlign w:val="center"/>
          </w:tcPr>
          <w:p w14:paraId="598C1099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</w:p>
        </w:tc>
        <w:sdt>
          <w:sdtPr>
            <w:id w:val="1644775288"/>
            <w:placeholder>
              <w:docPart w:val="85A4FA7FD9C7483B9C6ED2C995AE66E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6D659851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15574" w:rsidRPr="00260F73" w14:paraId="64AFFC7A" w14:textId="77777777" w:rsidTr="00CD745A">
        <w:tc>
          <w:tcPr>
            <w:tcW w:w="2723" w:type="dxa"/>
            <w:vAlign w:val="center"/>
          </w:tcPr>
          <w:p w14:paraId="7C442381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Publication Type (Poster Abstract or Full Paper)</w:t>
            </w:r>
          </w:p>
        </w:tc>
        <w:tc>
          <w:tcPr>
            <w:tcW w:w="6627" w:type="dxa"/>
          </w:tcPr>
          <w:p w14:paraId="5D1312F5" w14:textId="77777777" w:rsidR="00015574" w:rsidRDefault="0096516B" w:rsidP="00C7253B">
            <w:sdt>
              <w:sdtPr>
                <w:id w:val="647553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Poster </w:t>
            </w:r>
          </w:p>
          <w:p w14:paraId="3FCB2E06" w14:textId="77777777" w:rsidR="00015574" w:rsidRDefault="0096516B" w:rsidP="00C7253B">
            <w:sdt>
              <w:sdtPr>
                <w:id w:val="-423268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Abstract</w:t>
            </w:r>
          </w:p>
          <w:p w14:paraId="70B18108" w14:textId="77777777" w:rsidR="00015574" w:rsidRPr="00260F73" w:rsidRDefault="0096516B" w:rsidP="00C7253B">
            <w:sdt>
              <w:sdtPr>
                <w:id w:val="69925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Full paper</w:t>
            </w:r>
          </w:p>
        </w:tc>
      </w:tr>
      <w:tr w:rsidR="00015574" w:rsidRPr="00260F73" w14:paraId="7F73C0E9" w14:textId="77777777" w:rsidTr="00CD745A">
        <w:tc>
          <w:tcPr>
            <w:tcW w:w="2723" w:type="dxa"/>
            <w:vAlign w:val="center"/>
          </w:tcPr>
          <w:p w14:paraId="4E75B5CD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14CC5F61" w14:textId="77777777" w:rsidR="00015574" w:rsidRPr="00260F73" w:rsidRDefault="00015574" w:rsidP="00CD745A">
            <w:r w:rsidRPr="00260F73">
              <w:t xml:space="preserve">Complete  </w:t>
            </w:r>
            <w:sdt>
              <w:sdtPr>
                <w:id w:val="239536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89807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0DD6B52A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16BC9F16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5D2FCCF5" w14:textId="77777777" w:rsidR="00015574" w:rsidRPr="00260F73" w:rsidRDefault="00015574" w:rsidP="00CD745A">
            <w:r w:rsidRPr="00260F73">
              <w:t xml:space="preserve">Yes </w:t>
            </w:r>
            <w:sdt>
              <w:sdtPr>
                <w:id w:val="280998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23923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56862253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F0BDCA" w14:textId="77777777" w:rsidR="00015574" w:rsidRPr="00260F73" w:rsidRDefault="00015574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ADA455" w14:textId="50C60A69" w:rsidR="00015574" w:rsidRPr="00260F73" w:rsidRDefault="00015574" w:rsidP="00CD745A"/>
        </w:tc>
      </w:tr>
      <w:tr w:rsidR="00015574" w:rsidRPr="00260F73" w14:paraId="0BA944D6" w14:textId="77777777" w:rsidTr="00695860">
        <w:tc>
          <w:tcPr>
            <w:tcW w:w="9350" w:type="dxa"/>
            <w:gridSpan w:val="2"/>
          </w:tcPr>
          <w:p w14:paraId="4D3BD6B9" w14:textId="27597157" w:rsidR="00015574" w:rsidRPr="00015574" w:rsidRDefault="00015574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787118058"/>
                <w:placeholder>
                  <w:docPart w:val="4CD7F55E56614662B1BD690D409E392D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015574" w:rsidRPr="00260F73" w14:paraId="1B1A1FF0" w14:textId="77777777" w:rsidTr="00CD745A">
        <w:tc>
          <w:tcPr>
            <w:tcW w:w="2723" w:type="dxa"/>
            <w:vAlign w:val="center"/>
          </w:tcPr>
          <w:p w14:paraId="77C2801C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Role &amp; Authorship 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(1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st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2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nd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3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rd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 xml:space="preserve"> author, etc.)</w:t>
            </w:r>
          </w:p>
        </w:tc>
        <w:sdt>
          <w:sdtPr>
            <w:id w:val="449746171"/>
            <w:placeholder>
              <w:docPart w:val="83CA545F1404488F9BCDC6DF6ECD5698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BB99F1D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231A638A" w14:textId="77777777" w:rsidTr="00CD745A">
        <w:tc>
          <w:tcPr>
            <w:tcW w:w="2723" w:type="dxa"/>
            <w:vAlign w:val="center"/>
          </w:tcPr>
          <w:p w14:paraId="5447EC2A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lastRenderedPageBreak/>
              <w:t>Publication/Conference Name</w:t>
            </w:r>
          </w:p>
        </w:tc>
        <w:sdt>
          <w:sdtPr>
            <w:id w:val="-1156906668"/>
            <w:placeholder>
              <w:docPart w:val="64791A6C3B4B409F9841ABAC34947CD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63BE704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2BA65AC2" w14:textId="77777777" w:rsidTr="00CD745A">
        <w:tc>
          <w:tcPr>
            <w:tcW w:w="2723" w:type="dxa"/>
            <w:vAlign w:val="center"/>
          </w:tcPr>
          <w:p w14:paraId="46696BDD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</w:p>
          <w:p w14:paraId="555BE91B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</w:p>
        </w:tc>
        <w:sdt>
          <w:sdtPr>
            <w:id w:val="714163112"/>
            <w:placeholder>
              <w:docPart w:val="7BB2F660841949E08B46FD76E76ED417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20A9942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0CFC572E" w14:textId="77777777" w:rsidTr="00CD745A">
        <w:tc>
          <w:tcPr>
            <w:tcW w:w="2723" w:type="dxa"/>
            <w:vAlign w:val="center"/>
          </w:tcPr>
          <w:p w14:paraId="27F49FE4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</w:p>
        </w:tc>
        <w:sdt>
          <w:sdtPr>
            <w:id w:val="-818576326"/>
            <w:placeholder>
              <w:docPart w:val="6522D1F9AF534FDC8C02CAF2CDAB4BB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6EA6B861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15574" w:rsidRPr="00260F73" w14:paraId="74E7072C" w14:textId="77777777" w:rsidTr="00CD745A">
        <w:tc>
          <w:tcPr>
            <w:tcW w:w="2723" w:type="dxa"/>
            <w:vAlign w:val="center"/>
          </w:tcPr>
          <w:p w14:paraId="47A92F97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Publication Type (Poster Abstract or Full Paper)</w:t>
            </w:r>
          </w:p>
        </w:tc>
        <w:tc>
          <w:tcPr>
            <w:tcW w:w="6627" w:type="dxa"/>
          </w:tcPr>
          <w:p w14:paraId="40939051" w14:textId="77777777" w:rsidR="00015574" w:rsidRDefault="0096516B" w:rsidP="00C7253B">
            <w:sdt>
              <w:sdtPr>
                <w:id w:val="16868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Poster </w:t>
            </w:r>
          </w:p>
          <w:p w14:paraId="781452CE" w14:textId="77777777" w:rsidR="00015574" w:rsidRDefault="0096516B" w:rsidP="00C7253B">
            <w:sdt>
              <w:sdtPr>
                <w:id w:val="-12107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Abstract</w:t>
            </w:r>
          </w:p>
          <w:p w14:paraId="3EB9B1CE" w14:textId="77777777" w:rsidR="00015574" w:rsidRPr="00260F73" w:rsidRDefault="0096516B" w:rsidP="00C7253B">
            <w:sdt>
              <w:sdtPr>
                <w:id w:val="-2075257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Full paper</w:t>
            </w:r>
          </w:p>
        </w:tc>
      </w:tr>
      <w:tr w:rsidR="00015574" w:rsidRPr="00260F73" w14:paraId="26B283C7" w14:textId="77777777" w:rsidTr="00CD745A">
        <w:tc>
          <w:tcPr>
            <w:tcW w:w="2723" w:type="dxa"/>
            <w:vAlign w:val="center"/>
          </w:tcPr>
          <w:p w14:paraId="5E0B0CEE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68FC00AB" w14:textId="77777777" w:rsidR="00015574" w:rsidRPr="00260F73" w:rsidRDefault="00015574" w:rsidP="00CD745A">
            <w:r w:rsidRPr="00260F73">
              <w:t xml:space="preserve">Complete  </w:t>
            </w:r>
            <w:sdt>
              <w:sdtPr>
                <w:id w:val="-900990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12905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44C0D7F8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9763319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36931CB3" w14:textId="77777777" w:rsidR="00015574" w:rsidRPr="00260F73" w:rsidRDefault="00015574" w:rsidP="00CD745A">
            <w:r w:rsidRPr="00260F73">
              <w:t xml:space="preserve">Yes </w:t>
            </w:r>
            <w:sdt>
              <w:sdtPr>
                <w:id w:val="107955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66521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56C52580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2A0FE0" w14:textId="77777777" w:rsidR="00015574" w:rsidRPr="00260F73" w:rsidRDefault="00015574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AFC27E" w14:textId="2543712C" w:rsidR="00015574" w:rsidRPr="00260F73" w:rsidRDefault="00015574" w:rsidP="00CD745A"/>
        </w:tc>
      </w:tr>
      <w:tr w:rsidR="00015574" w:rsidRPr="00260F73" w14:paraId="27B78C06" w14:textId="77777777" w:rsidTr="00695860">
        <w:tc>
          <w:tcPr>
            <w:tcW w:w="9350" w:type="dxa"/>
            <w:gridSpan w:val="2"/>
          </w:tcPr>
          <w:p w14:paraId="3CE491BB" w14:textId="7B1FA6A0" w:rsidR="00015574" w:rsidRPr="00015574" w:rsidRDefault="00015574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09939562"/>
                <w:placeholder>
                  <w:docPart w:val="F382E02C342B49EE9B5620169D18E681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015574" w:rsidRPr="00260F73" w14:paraId="30F48971" w14:textId="77777777" w:rsidTr="00CD745A">
        <w:tc>
          <w:tcPr>
            <w:tcW w:w="2723" w:type="dxa"/>
            <w:vAlign w:val="center"/>
          </w:tcPr>
          <w:p w14:paraId="47839AE5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Role &amp; Authorship 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(1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st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2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nd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3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rd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 xml:space="preserve"> author, etc.)</w:t>
            </w:r>
          </w:p>
        </w:tc>
        <w:sdt>
          <w:sdtPr>
            <w:id w:val="-756441812"/>
            <w:placeholder>
              <w:docPart w:val="B3C318EBCB23488ABD237F04F18A79F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EDA1F6E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4B2F2609" w14:textId="77777777" w:rsidTr="00CD745A">
        <w:tc>
          <w:tcPr>
            <w:tcW w:w="2723" w:type="dxa"/>
            <w:vAlign w:val="center"/>
          </w:tcPr>
          <w:p w14:paraId="30497CA8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</w:p>
        </w:tc>
        <w:sdt>
          <w:sdtPr>
            <w:id w:val="346213819"/>
            <w:placeholder>
              <w:docPart w:val="27DB70BD4451466F97471D39AB200A3E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E401340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791D5FDB" w14:textId="77777777" w:rsidTr="00CD745A">
        <w:tc>
          <w:tcPr>
            <w:tcW w:w="2723" w:type="dxa"/>
            <w:vAlign w:val="center"/>
          </w:tcPr>
          <w:p w14:paraId="6AD3126A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</w:p>
          <w:p w14:paraId="3E7662F8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</w:p>
        </w:tc>
        <w:sdt>
          <w:sdtPr>
            <w:id w:val="-698703721"/>
            <w:placeholder>
              <w:docPart w:val="42B0EFB6E5C44B36A3A949DA73FDCE36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EBFA4AD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053DFEFA" w14:textId="77777777" w:rsidTr="00CD745A">
        <w:tc>
          <w:tcPr>
            <w:tcW w:w="2723" w:type="dxa"/>
            <w:vAlign w:val="center"/>
          </w:tcPr>
          <w:p w14:paraId="76F33AAF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</w:p>
        </w:tc>
        <w:sdt>
          <w:sdtPr>
            <w:id w:val="853082337"/>
            <w:placeholder>
              <w:docPart w:val="889B4CFDD701402581D2184F7041087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6C1F3B97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15574" w:rsidRPr="00260F73" w14:paraId="105B1798" w14:textId="77777777" w:rsidTr="00CD745A">
        <w:tc>
          <w:tcPr>
            <w:tcW w:w="2723" w:type="dxa"/>
            <w:vAlign w:val="center"/>
          </w:tcPr>
          <w:p w14:paraId="366B7EAF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Publication Type (Poster Abstract or Full Paper)</w:t>
            </w:r>
          </w:p>
        </w:tc>
        <w:tc>
          <w:tcPr>
            <w:tcW w:w="6627" w:type="dxa"/>
          </w:tcPr>
          <w:p w14:paraId="54E7CC73" w14:textId="77777777" w:rsidR="00015574" w:rsidRDefault="0096516B" w:rsidP="00C7253B">
            <w:sdt>
              <w:sdtPr>
                <w:id w:val="-299383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Poster </w:t>
            </w:r>
          </w:p>
          <w:p w14:paraId="5B9B3F8D" w14:textId="77777777" w:rsidR="00015574" w:rsidRDefault="0096516B" w:rsidP="00C7253B">
            <w:sdt>
              <w:sdtPr>
                <w:id w:val="565851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Abstract</w:t>
            </w:r>
          </w:p>
          <w:p w14:paraId="6DE1F403" w14:textId="77777777" w:rsidR="00015574" w:rsidRPr="00260F73" w:rsidRDefault="0096516B" w:rsidP="00C7253B">
            <w:sdt>
              <w:sdtPr>
                <w:id w:val="-2078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Full paper</w:t>
            </w:r>
          </w:p>
        </w:tc>
      </w:tr>
      <w:tr w:rsidR="00015574" w:rsidRPr="00260F73" w14:paraId="046FF2C5" w14:textId="77777777" w:rsidTr="00CD745A">
        <w:tc>
          <w:tcPr>
            <w:tcW w:w="2723" w:type="dxa"/>
            <w:vAlign w:val="center"/>
          </w:tcPr>
          <w:p w14:paraId="11A4E97B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7E9DBD31" w14:textId="77777777" w:rsidR="00015574" w:rsidRPr="00260F73" w:rsidRDefault="00015574" w:rsidP="00CD745A">
            <w:r w:rsidRPr="00260F73">
              <w:t xml:space="preserve">Complete  </w:t>
            </w:r>
            <w:sdt>
              <w:sdtPr>
                <w:id w:val="-2071339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558766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489BEBFC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55C12DAE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F025C4D" w14:textId="77777777" w:rsidR="00015574" w:rsidRPr="00260F73" w:rsidRDefault="00015574" w:rsidP="00CD745A">
            <w:r w:rsidRPr="00260F73">
              <w:t xml:space="preserve">Yes </w:t>
            </w:r>
            <w:sdt>
              <w:sdtPr>
                <w:id w:val="864407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224035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4A5F00CB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B8FFAF" w14:textId="77777777" w:rsidR="00015574" w:rsidRPr="00260F73" w:rsidRDefault="00015574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35ADF2" w14:textId="500D12F2" w:rsidR="00015574" w:rsidRPr="00260F73" w:rsidRDefault="00015574" w:rsidP="00CD745A"/>
        </w:tc>
      </w:tr>
    </w:tbl>
    <w:p w14:paraId="33B33FDB" w14:textId="77777777" w:rsidR="001E7C23" w:rsidRDefault="001E7C23">
      <w:pPr>
        <w:pStyle w:val="Heading1"/>
      </w:pPr>
    </w:p>
    <w:p w14:paraId="30579099" w14:textId="77777777" w:rsidR="001E7C23" w:rsidRDefault="001E7C23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7EA58E78" w:rsidR="00214ECC" w:rsidRPr="00260F73" w:rsidRDefault="003729FB">
      <w:pPr>
        <w:pStyle w:val="Heading1"/>
      </w:pPr>
      <w:r w:rsidRPr="00260F73">
        <w:lastRenderedPageBreak/>
        <w:t xml:space="preserve">Teaching </w:t>
      </w:r>
      <w:r w:rsidR="00015574">
        <w:t>e</w:t>
      </w:r>
      <w:r w:rsidRPr="00260F73">
        <w:t>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:rsidRPr="00260F73" w14:paraId="66F7ED9E" w14:textId="77777777" w:rsidTr="00A0792E">
        <w:tc>
          <w:tcPr>
            <w:tcW w:w="2689" w:type="dxa"/>
          </w:tcPr>
          <w:p w14:paraId="1ADD563F" w14:textId="25E5F138" w:rsidR="00E9708F" w:rsidRPr="00260F73" w:rsidRDefault="00E9708F">
            <w:r w:rsidRPr="00260F73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8426A61" w14:textId="6DC414F8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B740C1B" w14:textId="77777777" w:rsidTr="00A0792E">
        <w:tc>
          <w:tcPr>
            <w:tcW w:w="2689" w:type="dxa"/>
          </w:tcPr>
          <w:p w14:paraId="5063B332" w14:textId="5483306F" w:rsidR="00E9708F" w:rsidRPr="00260F73" w:rsidRDefault="00E9708F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BDE551D" w14:textId="5EDF4B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66CA38CE" w14:textId="77777777" w:rsidTr="00A0792E">
        <w:tc>
          <w:tcPr>
            <w:tcW w:w="2689" w:type="dxa"/>
          </w:tcPr>
          <w:p w14:paraId="6E014817" w14:textId="4BF4295B" w:rsidR="00E9708F" w:rsidRPr="00260F73" w:rsidRDefault="00E9708F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3783DB" w14:textId="2A8EDBCC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7EA1DB7" w14:textId="77777777" w:rsidTr="00A0792E">
        <w:tc>
          <w:tcPr>
            <w:tcW w:w="2689" w:type="dxa"/>
          </w:tcPr>
          <w:p w14:paraId="287584B0" w14:textId="77777777" w:rsidR="00E9708F" w:rsidRPr="00260F73" w:rsidRDefault="00E9708F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6F22547" w14:textId="77777777" w:rsidR="00E9708F" w:rsidRPr="00260F73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8D0AF4" w14:textId="14E793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4B70A0A3" w14:textId="77777777" w:rsidTr="00A0792E">
        <w:tc>
          <w:tcPr>
            <w:tcW w:w="2689" w:type="dxa"/>
          </w:tcPr>
          <w:p w14:paraId="2B82BE9D" w14:textId="190108BB" w:rsidR="00E9708F" w:rsidRPr="00260F73" w:rsidRDefault="00E9708F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Pr="00260F73" w:rsidRDefault="00E9708F">
            <w:r w:rsidRPr="00260F73"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605DD3C8" w14:textId="77777777" w:rsidTr="00A0792E">
        <w:tc>
          <w:tcPr>
            <w:tcW w:w="2689" w:type="dxa"/>
          </w:tcPr>
          <w:p w14:paraId="3ACF7AFC" w14:textId="2D9BB58C" w:rsidR="00E9708F" w:rsidRPr="00260F73" w:rsidRDefault="00E9708F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4ADF35B" w14:textId="075D342D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63645DE6" w14:textId="77777777" w:rsidTr="00A0792E">
        <w:tc>
          <w:tcPr>
            <w:tcW w:w="2689" w:type="dxa"/>
          </w:tcPr>
          <w:p w14:paraId="217F5DEE" w14:textId="4811679C" w:rsidR="00015574" w:rsidRPr="00260F73" w:rsidRDefault="00015574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1523505239"/>
            <w:placeholder>
              <w:docPart w:val="0D0E7F21F7C74B9EB2B3FE75BF17E85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E433566" w14:textId="7A15B923" w:rsidR="00015574" w:rsidRPr="00260F73" w:rsidRDefault="00015574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9708F" w:rsidRPr="00260F73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260F73" w:rsidRDefault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Pr="00260F73" w:rsidRDefault="00E9708F">
            <w:r w:rsidRPr="00260F73"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59B28513" w:rsidR="00E9708F" w:rsidRPr="00260F73" w:rsidRDefault="00E9708F"/>
        </w:tc>
      </w:tr>
      <w:tr w:rsidR="001E7C23" w:rsidRPr="00260F73" w14:paraId="5E8E6170" w14:textId="77777777" w:rsidTr="00A0792E">
        <w:tc>
          <w:tcPr>
            <w:tcW w:w="2689" w:type="dxa"/>
          </w:tcPr>
          <w:p w14:paraId="1CBEE499" w14:textId="0330351B" w:rsidR="001E7C23" w:rsidRPr="00260F73" w:rsidRDefault="001E7C23">
            <w:r w:rsidRPr="00260F73">
              <w:rPr>
                <w:b/>
                <w:bCs/>
              </w:rPr>
              <w:t>Role</w:t>
            </w:r>
          </w:p>
        </w:tc>
        <w:sdt>
          <w:sdtPr>
            <w:id w:val="648474521"/>
            <w:placeholder>
              <w:docPart w:val="BB9CAAFA7C6744FC92A3D87D72026AD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2547EB9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4ACD6F8B" w14:textId="77777777" w:rsidTr="00A0792E">
        <w:tc>
          <w:tcPr>
            <w:tcW w:w="2689" w:type="dxa"/>
          </w:tcPr>
          <w:p w14:paraId="173CE48D" w14:textId="77777777" w:rsidR="001E7C23" w:rsidRPr="00260F73" w:rsidRDefault="001E7C23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492759235"/>
            <w:placeholder>
              <w:docPart w:val="4CC2A879F79646F186D299083F8F623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618A70E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3C638BB8" w14:textId="77777777" w:rsidTr="00A0792E">
        <w:tc>
          <w:tcPr>
            <w:tcW w:w="2689" w:type="dxa"/>
          </w:tcPr>
          <w:p w14:paraId="463D0ED2" w14:textId="77777777" w:rsidR="001E7C23" w:rsidRPr="00260F73" w:rsidRDefault="001E7C23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538820868"/>
            <w:placeholder>
              <w:docPart w:val="513797C4FDDB4C3FBB4DCD46EEBA64B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F6E7AA3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5D232572" w14:textId="77777777" w:rsidTr="00A0792E">
        <w:tc>
          <w:tcPr>
            <w:tcW w:w="2689" w:type="dxa"/>
          </w:tcPr>
          <w:p w14:paraId="51F3D6C7" w14:textId="77777777" w:rsidR="001E7C23" w:rsidRPr="00260F73" w:rsidRDefault="001E7C23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12836E55" w14:textId="77777777" w:rsidR="001E7C23" w:rsidRPr="00260F73" w:rsidRDefault="001E7C23"/>
        </w:tc>
        <w:sdt>
          <w:sdtPr>
            <w:id w:val="-1812169120"/>
            <w:placeholder>
              <w:docPart w:val="6CF2AD8B8CBC4A968DB574CDF54272A5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72C64C8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1E70D13F" w14:textId="77777777" w:rsidTr="00A0792E">
        <w:tc>
          <w:tcPr>
            <w:tcW w:w="2689" w:type="dxa"/>
          </w:tcPr>
          <w:p w14:paraId="2860699F" w14:textId="77777777" w:rsidR="001E7C23" w:rsidRPr="00260F73" w:rsidRDefault="001E7C23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5C0BF1F" w14:textId="77777777" w:rsidR="001E7C23" w:rsidRPr="00260F73" w:rsidRDefault="001E7C23">
            <w:r w:rsidRPr="00260F73">
              <w:t xml:space="preserve">Complete  </w:t>
            </w:r>
            <w:sdt>
              <w:sdtPr>
                <w:id w:val="-1828502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211941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E7C23" w:rsidRPr="00260F73" w14:paraId="4C61787C" w14:textId="77777777" w:rsidTr="00A0792E">
        <w:tc>
          <w:tcPr>
            <w:tcW w:w="2689" w:type="dxa"/>
          </w:tcPr>
          <w:p w14:paraId="69180E37" w14:textId="77777777" w:rsidR="001E7C23" w:rsidRPr="00260F73" w:rsidRDefault="001E7C23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157919936"/>
            <w:placeholder>
              <w:docPart w:val="DDA89592B97246D584780D5FBAC6A89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AE633E3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5ED35A08" w14:textId="77777777" w:rsidTr="00A0792E">
        <w:tc>
          <w:tcPr>
            <w:tcW w:w="2689" w:type="dxa"/>
          </w:tcPr>
          <w:p w14:paraId="525811E6" w14:textId="77777777" w:rsidR="001E7C23" w:rsidRPr="00260F73" w:rsidRDefault="001E7C23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633639553"/>
            <w:placeholder>
              <w:docPart w:val="053A88AED3404C9283810D04BC20AC27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7B39121" w14:textId="77777777" w:rsidR="001E7C23" w:rsidRPr="00260F73" w:rsidRDefault="001E7C23" w:rsidP="001206C0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1E7C23" w:rsidRPr="00260F73" w14:paraId="21EB748E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D31C3D7" w14:textId="77777777" w:rsidR="001E7C23" w:rsidRPr="00260F73" w:rsidRDefault="001E7C23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932EE44" w14:textId="77777777" w:rsidR="001E7C23" w:rsidRPr="00260F73" w:rsidRDefault="001E7C23">
            <w:r w:rsidRPr="00260F73">
              <w:t xml:space="preserve">Yes </w:t>
            </w:r>
            <w:sdt>
              <w:sdtPr>
                <w:id w:val="-6598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428020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E7C23" w:rsidRPr="00260F73" w14:paraId="0855EA82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E33ADC" w14:textId="00C43BA1" w:rsidR="001E7C23" w:rsidRPr="00260F73" w:rsidRDefault="001E7C23"/>
        </w:tc>
      </w:tr>
      <w:tr w:rsidR="001E7C23" w:rsidRPr="00260F73" w14:paraId="4739E163" w14:textId="77777777" w:rsidTr="00A0792E">
        <w:tc>
          <w:tcPr>
            <w:tcW w:w="2689" w:type="dxa"/>
          </w:tcPr>
          <w:p w14:paraId="44E1E82C" w14:textId="3659D501" w:rsidR="001E7C23" w:rsidRPr="00260F73" w:rsidRDefault="001E7C23">
            <w:r w:rsidRPr="00260F73">
              <w:rPr>
                <w:b/>
                <w:bCs/>
              </w:rPr>
              <w:t>Role</w:t>
            </w:r>
          </w:p>
        </w:tc>
        <w:sdt>
          <w:sdtPr>
            <w:id w:val="-420493120"/>
            <w:placeholder>
              <w:docPart w:val="20463F08CDEA48F0AC75956CD46AAB3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994A991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370D59E3" w14:textId="77777777" w:rsidTr="00A0792E">
        <w:tc>
          <w:tcPr>
            <w:tcW w:w="2689" w:type="dxa"/>
          </w:tcPr>
          <w:p w14:paraId="12887845" w14:textId="77777777" w:rsidR="001E7C23" w:rsidRPr="00260F73" w:rsidRDefault="001E7C23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031329991"/>
            <w:placeholder>
              <w:docPart w:val="E67E11B20F7B486A8B3D39E91E8B370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87AB8B9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3CB1F467" w14:textId="77777777" w:rsidTr="00A0792E">
        <w:tc>
          <w:tcPr>
            <w:tcW w:w="2689" w:type="dxa"/>
          </w:tcPr>
          <w:p w14:paraId="163E3AA6" w14:textId="77777777" w:rsidR="001E7C23" w:rsidRPr="00260F73" w:rsidRDefault="001E7C23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64215177"/>
            <w:placeholder>
              <w:docPart w:val="B46418A1CCED427C9B7546469E3123FC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C5CBC55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52594A34" w14:textId="77777777" w:rsidTr="00A0792E">
        <w:tc>
          <w:tcPr>
            <w:tcW w:w="2689" w:type="dxa"/>
          </w:tcPr>
          <w:p w14:paraId="11F9E013" w14:textId="77777777" w:rsidR="001E7C23" w:rsidRPr="00260F73" w:rsidRDefault="001E7C23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3A15E569" w14:textId="77777777" w:rsidR="001E7C23" w:rsidRPr="00260F73" w:rsidRDefault="001E7C23"/>
        </w:tc>
        <w:sdt>
          <w:sdtPr>
            <w:id w:val="760719282"/>
            <w:placeholder>
              <w:docPart w:val="A1C5649877004FE3983A3E9CB1ADBF5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50EC2EF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3B06B882" w14:textId="77777777" w:rsidTr="00A0792E">
        <w:tc>
          <w:tcPr>
            <w:tcW w:w="2689" w:type="dxa"/>
          </w:tcPr>
          <w:p w14:paraId="46807EA3" w14:textId="77777777" w:rsidR="001E7C23" w:rsidRPr="00260F73" w:rsidRDefault="001E7C23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4A871393" w14:textId="77777777" w:rsidR="001E7C23" w:rsidRPr="00260F73" w:rsidRDefault="001E7C23">
            <w:r w:rsidRPr="00260F73">
              <w:t xml:space="preserve">Complete  </w:t>
            </w:r>
            <w:sdt>
              <w:sdtPr>
                <w:id w:val="-1045525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2569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E7C23" w:rsidRPr="00260F73" w14:paraId="083FCA3C" w14:textId="77777777" w:rsidTr="00A0792E">
        <w:tc>
          <w:tcPr>
            <w:tcW w:w="2689" w:type="dxa"/>
          </w:tcPr>
          <w:p w14:paraId="0BE11F5B" w14:textId="77777777" w:rsidR="001E7C23" w:rsidRPr="00260F73" w:rsidRDefault="001E7C23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416277248"/>
            <w:placeholder>
              <w:docPart w:val="B68321339D224D3C8CC0B55F3E0A433E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67CAE83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6B5F55DD" w14:textId="77777777" w:rsidTr="00A0792E">
        <w:tc>
          <w:tcPr>
            <w:tcW w:w="2689" w:type="dxa"/>
          </w:tcPr>
          <w:p w14:paraId="123E0FD4" w14:textId="77777777" w:rsidR="001E7C23" w:rsidRPr="00260F73" w:rsidRDefault="001E7C23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1262884477"/>
            <w:placeholder>
              <w:docPart w:val="AA772D6989BF4132A28B1576C6FD2EE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1F1FC0C" w14:textId="77777777" w:rsidR="001E7C23" w:rsidRPr="00260F73" w:rsidRDefault="001E7C23" w:rsidP="001206C0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1E7C23" w:rsidRPr="00260F73" w14:paraId="227878E0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436DE2B7" w14:textId="77777777" w:rsidR="001E7C23" w:rsidRPr="00260F73" w:rsidRDefault="001E7C23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99F61D1" w14:textId="77777777" w:rsidR="001E7C23" w:rsidRPr="00260F73" w:rsidRDefault="001E7C23">
            <w:r w:rsidRPr="00260F73">
              <w:t xml:space="preserve">Yes </w:t>
            </w:r>
            <w:sdt>
              <w:sdtPr>
                <w:id w:val="206609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243036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E7C23" w:rsidRPr="00260F73" w14:paraId="67167141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C1FD13" w14:textId="345184A1" w:rsidR="001E7C23" w:rsidRPr="00260F73" w:rsidRDefault="001E7C23"/>
        </w:tc>
      </w:tr>
      <w:tr w:rsidR="001E7C23" w:rsidRPr="00260F73" w14:paraId="1E6215FD" w14:textId="77777777" w:rsidTr="00A0792E">
        <w:tc>
          <w:tcPr>
            <w:tcW w:w="2689" w:type="dxa"/>
          </w:tcPr>
          <w:p w14:paraId="64A352F5" w14:textId="6066B10F" w:rsidR="001E7C23" w:rsidRPr="00260F73" w:rsidRDefault="001E7C23">
            <w:r w:rsidRPr="00260F73">
              <w:rPr>
                <w:b/>
                <w:bCs/>
              </w:rPr>
              <w:t>Role</w:t>
            </w:r>
          </w:p>
        </w:tc>
        <w:sdt>
          <w:sdtPr>
            <w:id w:val="-1311092100"/>
            <w:placeholder>
              <w:docPart w:val="195B218A03D5420FADC7BB39C13FC48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8B261E2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528C75BA" w14:textId="77777777" w:rsidTr="00A0792E">
        <w:tc>
          <w:tcPr>
            <w:tcW w:w="2689" w:type="dxa"/>
          </w:tcPr>
          <w:p w14:paraId="33F23A31" w14:textId="77777777" w:rsidR="001E7C23" w:rsidRPr="00260F73" w:rsidRDefault="001E7C23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306770376"/>
            <w:placeholder>
              <w:docPart w:val="C38ED1714B0743749CA59F3F090F699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EAF34E0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7CA231C9" w14:textId="77777777" w:rsidTr="00A0792E">
        <w:tc>
          <w:tcPr>
            <w:tcW w:w="2689" w:type="dxa"/>
          </w:tcPr>
          <w:p w14:paraId="718D4040" w14:textId="77777777" w:rsidR="001E7C23" w:rsidRPr="00260F73" w:rsidRDefault="001E7C23">
            <w:r w:rsidRPr="00260F73">
              <w:rPr>
                <w:b/>
                <w:bCs/>
              </w:rPr>
              <w:lastRenderedPageBreak/>
              <w:t>Teaching Delivered</w:t>
            </w:r>
          </w:p>
        </w:tc>
        <w:sdt>
          <w:sdtPr>
            <w:id w:val="1766184532"/>
            <w:placeholder>
              <w:docPart w:val="8D7C63FA5890436288948181BB8CCAC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2E6D5BA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63824C33" w14:textId="77777777" w:rsidTr="00A0792E">
        <w:tc>
          <w:tcPr>
            <w:tcW w:w="2689" w:type="dxa"/>
          </w:tcPr>
          <w:p w14:paraId="755CD777" w14:textId="77777777" w:rsidR="001E7C23" w:rsidRPr="00260F73" w:rsidRDefault="001E7C23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05C2DC5B" w14:textId="77777777" w:rsidR="001E7C23" w:rsidRPr="00260F73" w:rsidRDefault="001E7C23"/>
        </w:tc>
        <w:sdt>
          <w:sdtPr>
            <w:id w:val="-1365058594"/>
            <w:placeholder>
              <w:docPart w:val="84DB1DD4ABF84B789E444023FA8FA87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F8C46BC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316ADC36" w14:textId="77777777" w:rsidTr="00A0792E">
        <w:tc>
          <w:tcPr>
            <w:tcW w:w="2689" w:type="dxa"/>
          </w:tcPr>
          <w:p w14:paraId="18B21952" w14:textId="77777777" w:rsidR="001E7C23" w:rsidRPr="00260F73" w:rsidRDefault="001E7C23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03821BA3" w14:textId="77777777" w:rsidR="001E7C23" w:rsidRPr="00260F73" w:rsidRDefault="001E7C23">
            <w:r w:rsidRPr="00260F73">
              <w:t xml:space="preserve">Complete  </w:t>
            </w:r>
            <w:sdt>
              <w:sdtPr>
                <w:id w:val="780990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2126198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E7C23" w:rsidRPr="00260F73" w14:paraId="59E7BD69" w14:textId="77777777" w:rsidTr="00A0792E">
        <w:tc>
          <w:tcPr>
            <w:tcW w:w="2689" w:type="dxa"/>
          </w:tcPr>
          <w:p w14:paraId="6B8ECC98" w14:textId="77777777" w:rsidR="001E7C23" w:rsidRPr="00260F73" w:rsidRDefault="001E7C23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978922175"/>
            <w:placeholder>
              <w:docPart w:val="622348BC50814D5183A466C1AE850EA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04BE046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77326892" w14:textId="77777777" w:rsidTr="00A0792E">
        <w:tc>
          <w:tcPr>
            <w:tcW w:w="2689" w:type="dxa"/>
          </w:tcPr>
          <w:p w14:paraId="2A5A5923" w14:textId="77777777" w:rsidR="001E7C23" w:rsidRPr="00260F73" w:rsidRDefault="001E7C23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1785034315"/>
            <w:placeholder>
              <w:docPart w:val="8FD96DD538B1438793F0BEC2FDE11CEE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71A4E15" w14:textId="77777777" w:rsidR="001E7C23" w:rsidRPr="00260F73" w:rsidRDefault="001E7C23" w:rsidP="001206C0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1E7C23" w:rsidRPr="00260F73" w14:paraId="57DD6A8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3E2AD49" w14:textId="77777777" w:rsidR="001E7C23" w:rsidRPr="00260F73" w:rsidRDefault="001E7C23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A1EBA4A" w14:textId="77777777" w:rsidR="001E7C23" w:rsidRPr="00260F73" w:rsidRDefault="001E7C23">
            <w:r w:rsidRPr="00260F73">
              <w:t xml:space="preserve">Yes </w:t>
            </w:r>
            <w:sdt>
              <w:sdtPr>
                <w:id w:val="1150792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868904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E7C23" w:rsidRPr="00260F73" w14:paraId="5E722A71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4C4EA6" w14:textId="3EE488F3" w:rsidR="001E7C23" w:rsidRPr="00260F73" w:rsidRDefault="001E7C23"/>
        </w:tc>
      </w:tr>
      <w:tr w:rsidR="001E7C23" w:rsidRPr="00260F73" w14:paraId="3A1B6C53" w14:textId="77777777" w:rsidTr="00A0792E">
        <w:tc>
          <w:tcPr>
            <w:tcW w:w="2689" w:type="dxa"/>
          </w:tcPr>
          <w:p w14:paraId="299C9E36" w14:textId="702BD2E4" w:rsidR="001E7C23" w:rsidRPr="00260F73" w:rsidRDefault="001E7C23">
            <w:r w:rsidRPr="00260F73">
              <w:rPr>
                <w:b/>
                <w:bCs/>
              </w:rPr>
              <w:t>Role</w:t>
            </w:r>
          </w:p>
        </w:tc>
        <w:sdt>
          <w:sdtPr>
            <w:id w:val="1803802818"/>
            <w:placeholder>
              <w:docPart w:val="4ACD3B59E5A44EF3A1FCBF92086060E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86E4A0A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44899B0F" w14:textId="77777777" w:rsidTr="00A0792E">
        <w:tc>
          <w:tcPr>
            <w:tcW w:w="2689" w:type="dxa"/>
          </w:tcPr>
          <w:p w14:paraId="49178E62" w14:textId="77777777" w:rsidR="001E7C23" w:rsidRPr="00260F73" w:rsidRDefault="001E7C23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62169556"/>
            <w:placeholder>
              <w:docPart w:val="4F55DEE7EE5947B88355B3630EE1F52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7BE2476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0BEACEC1" w14:textId="77777777" w:rsidTr="00A0792E">
        <w:tc>
          <w:tcPr>
            <w:tcW w:w="2689" w:type="dxa"/>
          </w:tcPr>
          <w:p w14:paraId="6E0E6045" w14:textId="77777777" w:rsidR="001E7C23" w:rsidRPr="00260F73" w:rsidRDefault="001E7C23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449665057"/>
            <w:placeholder>
              <w:docPart w:val="FCC9FBA3A0F1449E9783E402C44BF5B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8901E65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5B5DDE50" w14:textId="77777777" w:rsidTr="00A0792E">
        <w:tc>
          <w:tcPr>
            <w:tcW w:w="2689" w:type="dxa"/>
          </w:tcPr>
          <w:p w14:paraId="4A0A6F38" w14:textId="77777777" w:rsidR="001E7C23" w:rsidRPr="00260F73" w:rsidRDefault="001E7C23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0D599E86" w14:textId="77777777" w:rsidR="001E7C23" w:rsidRPr="00260F73" w:rsidRDefault="001E7C23"/>
        </w:tc>
        <w:sdt>
          <w:sdtPr>
            <w:id w:val="-1401741211"/>
            <w:placeholder>
              <w:docPart w:val="6162A60D42C74FF9855088EE34A10DF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2332BA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73F266DC" w14:textId="77777777" w:rsidTr="00A0792E">
        <w:tc>
          <w:tcPr>
            <w:tcW w:w="2689" w:type="dxa"/>
          </w:tcPr>
          <w:p w14:paraId="3B268D9C" w14:textId="77777777" w:rsidR="001E7C23" w:rsidRPr="00260F73" w:rsidRDefault="001E7C23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137EC0" w14:textId="77777777" w:rsidR="001E7C23" w:rsidRPr="00260F73" w:rsidRDefault="001E7C23">
            <w:r w:rsidRPr="00260F73">
              <w:t xml:space="preserve">Complete  </w:t>
            </w:r>
            <w:sdt>
              <w:sdtPr>
                <w:id w:val="36810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719864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E7C23" w:rsidRPr="00260F73" w14:paraId="00D062DF" w14:textId="77777777" w:rsidTr="00A0792E">
        <w:tc>
          <w:tcPr>
            <w:tcW w:w="2689" w:type="dxa"/>
          </w:tcPr>
          <w:p w14:paraId="35610154" w14:textId="77777777" w:rsidR="001E7C23" w:rsidRPr="00260F73" w:rsidRDefault="001E7C23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784004835"/>
            <w:placeholder>
              <w:docPart w:val="142F481341504EDDABF5C2379768A9A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57CD3A6" w14:textId="77777777" w:rsidR="001E7C23" w:rsidRPr="00260F73" w:rsidRDefault="001E7C23" w:rsidP="001206C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E7C23" w:rsidRPr="00260F73" w14:paraId="3F7E4973" w14:textId="77777777" w:rsidTr="00A0792E">
        <w:tc>
          <w:tcPr>
            <w:tcW w:w="2689" w:type="dxa"/>
          </w:tcPr>
          <w:p w14:paraId="556DB723" w14:textId="77777777" w:rsidR="001E7C23" w:rsidRPr="00260F73" w:rsidRDefault="001E7C23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654460367"/>
            <w:placeholder>
              <w:docPart w:val="F5409B16BBEB423DA55BAE84A4C3CD7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D17A769" w14:textId="77777777" w:rsidR="001E7C23" w:rsidRPr="00260F73" w:rsidRDefault="001E7C23" w:rsidP="001206C0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1E7C23" w:rsidRPr="00260F73" w14:paraId="0ACCC797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AD4A69A" w14:textId="77777777" w:rsidR="001E7C23" w:rsidRPr="00260F73" w:rsidRDefault="001E7C23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7B085C60" w14:textId="77777777" w:rsidR="001E7C23" w:rsidRPr="00260F73" w:rsidRDefault="001E7C23">
            <w:r w:rsidRPr="00260F73">
              <w:t xml:space="preserve">Yes </w:t>
            </w:r>
            <w:sdt>
              <w:sdtPr>
                <w:id w:val="1226259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17626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E7C23" w:rsidRPr="00260F73" w14:paraId="55F26A61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1190F1" w14:textId="6EFE1E86" w:rsidR="001E7C23" w:rsidRPr="00260F73" w:rsidRDefault="001E7C23"/>
        </w:tc>
      </w:tr>
    </w:tbl>
    <w:p w14:paraId="7A882F9A" w14:textId="77777777" w:rsidR="00E9708F" w:rsidRPr="00260F73" w:rsidRDefault="00E9708F"/>
    <w:p w14:paraId="526A30AF" w14:textId="77777777" w:rsidR="001E7C23" w:rsidRDefault="001E7C23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2EB047D" w14:textId="68E27332" w:rsidR="0075109E" w:rsidRPr="00260F73" w:rsidRDefault="00F211F0" w:rsidP="00F211F0">
      <w:pPr>
        <w:pStyle w:val="Heading1"/>
      </w:pPr>
      <w:r w:rsidRPr="00260F73">
        <w:lastRenderedPageBreak/>
        <w:t>Leadership</w:t>
      </w:r>
      <w:r w:rsidR="0075109E" w:rsidRPr="00260F73">
        <w:t xml:space="preserve"> and management</w:t>
      </w:r>
    </w:p>
    <w:p w14:paraId="1FC78D44" w14:textId="2D5B2B68" w:rsidR="00214ECC" w:rsidRDefault="00214ECC"/>
    <w:p w14:paraId="46C30522" w14:textId="71604A2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time you demonstrated leadership in a clinical setting.</w:t>
      </w:r>
    </w:p>
    <w:sdt>
      <w:sdtPr>
        <w:id w:val="-1742706817"/>
        <w:placeholder>
          <w:docPart w:val="E7D02D12569949259F4B303AE9EE91BE"/>
        </w:placeholder>
        <w:showingPlcHdr/>
      </w:sdtPr>
      <w:sdtEndPr/>
      <w:sdtContent>
        <w:p w14:paraId="746969E9" w14:textId="609B147E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98D581B" w14:textId="2D48F4E4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Give an example of how you managed a challenging team situation.</w:t>
      </w:r>
    </w:p>
    <w:sdt>
      <w:sdtPr>
        <w:id w:val="-750272981"/>
        <w:placeholder>
          <w:docPart w:val="CAA78230F4974F91A466D1A3E44D5E2D"/>
        </w:placeholder>
        <w:showingPlcHdr/>
      </w:sdtPr>
      <w:sdtEndPr/>
      <w:sdtContent>
        <w:p w14:paraId="51A226CA" w14:textId="6797E0FD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F53B35C" w14:textId="2140306F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service improvement you initiated or contributed to.</w:t>
      </w:r>
    </w:p>
    <w:sdt>
      <w:sdtPr>
        <w:id w:val="-1647966239"/>
        <w:placeholder>
          <w:docPart w:val="F0CFA2EC4C7B4356B9A2A03A62C38968"/>
        </w:placeholder>
        <w:showingPlcHdr/>
      </w:sdtPr>
      <w:sdtEndPr/>
      <w:sdtContent>
        <w:p w14:paraId="43F0D350" w14:textId="42D47639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3D91A783" w14:textId="08A446E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How do you prioritise workload in a busy clinical environment?</w:t>
      </w:r>
    </w:p>
    <w:sdt>
      <w:sdtPr>
        <w:id w:val="-195615532"/>
        <w:placeholder>
          <w:docPart w:val="9380793E9EE044989EB44762814E78B6"/>
        </w:placeholder>
        <w:showingPlcHdr/>
      </w:sdtPr>
      <w:sdtEndPr/>
      <w:sdtContent>
        <w:p w14:paraId="2D21CD22" w14:textId="11FBDC37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3DABBFA" w14:textId="77777777" w:rsidR="00015574" w:rsidRDefault="00015574"/>
    <w:p w14:paraId="56C20746" w14:textId="77777777" w:rsidR="00015574" w:rsidRDefault="00015574" w:rsidP="00015574">
      <w:pPr>
        <w:pStyle w:val="Heading1"/>
      </w:pPr>
      <w:r>
        <w:t>Communication &amp; Professionalism</w:t>
      </w:r>
    </w:p>
    <w:p w14:paraId="6C9DDCF2" w14:textId="77777777" w:rsidR="00015574" w:rsidRDefault="00015574" w:rsidP="00015574"/>
    <w:p w14:paraId="7F322BEB" w14:textId="0E1F3551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Describe a situation where you had to communicate a difficult message.</w:t>
      </w:r>
    </w:p>
    <w:sdt>
      <w:sdtPr>
        <w:id w:val="-890113822"/>
        <w:placeholder>
          <w:docPart w:val="0E951C26B4874E2787CBE628EA2C2094"/>
        </w:placeholder>
        <w:showingPlcHdr/>
      </w:sdtPr>
      <w:sdtEndPr/>
      <w:sdtContent>
        <w:p w14:paraId="66323C79" w14:textId="3B49D8A3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EC03080" w14:textId="21B23266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How do you handle conflict with colleagues?</w:t>
      </w:r>
    </w:p>
    <w:sdt>
      <w:sdtPr>
        <w:id w:val="-1454014768"/>
        <w:placeholder>
          <w:docPart w:val="07E5AC0373094234B85BEF415F1A8998"/>
        </w:placeholder>
        <w:showingPlcHdr/>
      </w:sdtPr>
      <w:sdtEndPr/>
      <w:sdtContent>
        <w:p w14:paraId="58DCB18C" w14:textId="3039869A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0ACD46A0" w14:textId="3BFB5764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Give an example of maintaining professionalism under pressure.</w:t>
      </w:r>
    </w:p>
    <w:sdt>
      <w:sdtPr>
        <w:id w:val="-1459866788"/>
        <w:placeholder>
          <w:docPart w:val="3ED87B2022A34B2198DC2B217B191AF1"/>
        </w:placeholder>
        <w:showingPlcHdr/>
      </w:sdtPr>
      <w:sdtEndPr/>
      <w:sdtContent>
        <w:p w14:paraId="2D12A2C2" w14:textId="10500527" w:rsidR="00015574" w:rsidRDefault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sectPr w:rsidR="00015574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35C5A" w14:textId="77777777" w:rsidR="0096516B" w:rsidRPr="00260F73" w:rsidRDefault="0096516B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32FAFBD9" w14:textId="77777777" w:rsidR="0096516B" w:rsidRPr="00260F73" w:rsidRDefault="0096516B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/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53AFE" w14:textId="77777777" w:rsidR="0096516B" w:rsidRPr="00260F73" w:rsidRDefault="0096516B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0978443C" w14:textId="77777777" w:rsidR="0096516B" w:rsidRPr="00260F73" w:rsidRDefault="0096516B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2F61B1D5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260F73" w:rsidRPr="00260F73">
      <w:t>General Paediatrics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0E44F8EB" w:rsidR="001B2E81" w:rsidRPr="00260F73" w:rsidRDefault="00260F7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6DFF88" wp14:editId="11C770AB">
          <wp:simplePos x="0" y="0"/>
          <wp:positionH relativeFrom="column">
            <wp:posOffset>-628650</wp:posOffset>
          </wp:positionH>
          <wp:positionV relativeFrom="paragraph">
            <wp:posOffset>-177800</wp:posOffset>
          </wp:positionV>
          <wp:extent cx="2926041" cy="1044000"/>
          <wp:effectExtent l="0" t="0" r="8255" b="3810"/>
          <wp:wrapTopAndBottom/>
          <wp:docPr id="3720198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019877" name="Picture 37201987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6041" cy="10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2142C"/>
    <w:multiLevelType w:val="hybridMultilevel"/>
    <w:tmpl w:val="69E288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4"/>
  </w:num>
  <w:num w:numId="14" w16cid:durableId="889731661">
    <w:abstractNumId w:val="15"/>
  </w:num>
  <w:num w:numId="15" w16cid:durableId="323359985">
    <w:abstractNumId w:val="13"/>
  </w:num>
  <w:num w:numId="16" w16cid:durableId="14616062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6063C"/>
    <w:rsid w:val="00081140"/>
    <w:rsid w:val="000834D5"/>
    <w:rsid w:val="000A5F58"/>
    <w:rsid w:val="0015074B"/>
    <w:rsid w:val="001739F7"/>
    <w:rsid w:val="001B2E81"/>
    <w:rsid w:val="001C17E4"/>
    <w:rsid w:val="001E7C23"/>
    <w:rsid w:val="00214ECC"/>
    <w:rsid w:val="002319B9"/>
    <w:rsid w:val="00260F73"/>
    <w:rsid w:val="002931FF"/>
    <w:rsid w:val="0029639D"/>
    <w:rsid w:val="002D7D98"/>
    <w:rsid w:val="002E140B"/>
    <w:rsid w:val="00326F90"/>
    <w:rsid w:val="003729FB"/>
    <w:rsid w:val="00404520"/>
    <w:rsid w:val="004929C5"/>
    <w:rsid w:val="004A41F5"/>
    <w:rsid w:val="004D6768"/>
    <w:rsid w:val="005227CF"/>
    <w:rsid w:val="00547911"/>
    <w:rsid w:val="00597958"/>
    <w:rsid w:val="005A051B"/>
    <w:rsid w:val="006D0099"/>
    <w:rsid w:val="0075109E"/>
    <w:rsid w:val="007C0991"/>
    <w:rsid w:val="007C3707"/>
    <w:rsid w:val="00801BD9"/>
    <w:rsid w:val="00821B93"/>
    <w:rsid w:val="008525FA"/>
    <w:rsid w:val="00866EA4"/>
    <w:rsid w:val="008C3E89"/>
    <w:rsid w:val="008E255E"/>
    <w:rsid w:val="0096516B"/>
    <w:rsid w:val="009A7B67"/>
    <w:rsid w:val="009D2B18"/>
    <w:rsid w:val="009E4AEB"/>
    <w:rsid w:val="00A0792E"/>
    <w:rsid w:val="00A36383"/>
    <w:rsid w:val="00A503FC"/>
    <w:rsid w:val="00A606A6"/>
    <w:rsid w:val="00AA1D8D"/>
    <w:rsid w:val="00B16633"/>
    <w:rsid w:val="00B47730"/>
    <w:rsid w:val="00B8038E"/>
    <w:rsid w:val="00BD4838"/>
    <w:rsid w:val="00C7253B"/>
    <w:rsid w:val="00C95D05"/>
    <w:rsid w:val="00CB0664"/>
    <w:rsid w:val="00CD745A"/>
    <w:rsid w:val="00CF5C89"/>
    <w:rsid w:val="00DA296B"/>
    <w:rsid w:val="00E5708D"/>
    <w:rsid w:val="00E9708F"/>
    <w:rsid w:val="00F211F0"/>
    <w:rsid w:val="00F277ED"/>
    <w:rsid w:val="00F4085D"/>
    <w:rsid w:val="00F54DC5"/>
    <w:rsid w:val="00F75C6A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B16618" w:rsidP="00B16618">
          <w:pPr>
            <w:pStyle w:val="F4D6CB2241074A76A75ACE4A72F3BAC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B16618" w:rsidP="00B16618">
          <w:pPr>
            <w:pStyle w:val="5C6BE9DD57B042A78E73AE6C65AB81E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B16618" w:rsidP="00B16618">
          <w:pPr>
            <w:pStyle w:val="B94FF17A7DD844238942618D220CAEE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B16618" w:rsidP="00B16618">
          <w:pPr>
            <w:pStyle w:val="767E5F504CE04A3283DBB5C362BF53D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B16618" w:rsidP="00B16618">
          <w:pPr>
            <w:pStyle w:val="15FA136DFCC9400EA3643631FD9D49A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B16618" w:rsidP="00B16618">
          <w:pPr>
            <w:pStyle w:val="758EF154077D4EC492E0AA02749775E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B16618" w:rsidP="00B16618">
          <w:pPr>
            <w:pStyle w:val="60444590C5F4414E83C6454885D5753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B16618" w:rsidP="00B16618">
          <w:pPr>
            <w:pStyle w:val="096DC268CB3744C7AF90E558EFABE7F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B16618" w:rsidP="00B16618">
          <w:pPr>
            <w:pStyle w:val="16EE3227410F4460A6706019F08584B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B16618" w:rsidP="00B16618">
          <w:pPr>
            <w:pStyle w:val="35C6ADD19D0A4F7F9AA8A8D4CCB1374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B16618" w:rsidP="00B16618">
          <w:pPr>
            <w:pStyle w:val="0AD4EFDEB46F4DD3B07D7D864B6EAEB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B16618" w:rsidP="00B16618">
          <w:pPr>
            <w:pStyle w:val="C969D259CE28476AA1EB44B74A93B0D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B16618" w:rsidP="00B16618">
          <w:pPr>
            <w:pStyle w:val="4163D3241B974CB9999FF0EC5B4E2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B16618" w:rsidP="00B16618">
          <w:pPr>
            <w:pStyle w:val="89495584885745569DDCF4FEC1482D05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B16618" w:rsidP="00B16618">
          <w:pPr>
            <w:pStyle w:val="66C6F6902A3B4D4CA7D745FDDA70B68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B16618" w:rsidP="00B16618">
          <w:pPr>
            <w:pStyle w:val="4CD965A9EE694FECADF2476D720E7B6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B16618" w:rsidP="00B16618">
          <w:pPr>
            <w:pStyle w:val="09E232A6ADC042DB884957F020A929B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B16618" w:rsidP="00B16618">
          <w:pPr>
            <w:pStyle w:val="3DF7FD3C5E5C4C0992D419903A5ACDD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B16618" w:rsidP="00B16618">
          <w:pPr>
            <w:pStyle w:val="657F90F891404138BEF4C8B0986FE70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B16618" w:rsidP="00B16618">
          <w:pPr>
            <w:pStyle w:val="C9113B8A854441D682CE5AC80AFB086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B16618" w:rsidP="00B16618">
          <w:pPr>
            <w:pStyle w:val="E3F5175B57004446843F4F317C13BE7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B16618" w:rsidP="00B16618">
          <w:pPr>
            <w:pStyle w:val="74CADD3637F3476CAEF2795719E307A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B16618" w:rsidP="00B16618">
          <w:pPr>
            <w:pStyle w:val="6E2E25C8BD59485F83A4E1A3EB66C1C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B16618" w:rsidP="00B16618">
          <w:pPr>
            <w:pStyle w:val="CADFFF9D18954E1993F5C0789B03E17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B16618" w:rsidP="00B16618">
          <w:pPr>
            <w:pStyle w:val="872FF4CA11794B8A841DB2220DF10EA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B16618" w:rsidP="00B16618">
          <w:pPr>
            <w:pStyle w:val="4E97BD512F134974B65EC5CE1A1FFA5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B16618" w:rsidP="00B16618">
          <w:pPr>
            <w:pStyle w:val="43C24FC1DD4E4C25906C3761C0E444F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B16618" w:rsidP="00B16618">
          <w:pPr>
            <w:pStyle w:val="6E5B51F8A20C49259CB13015EB12138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B16618" w:rsidP="00B16618">
          <w:pPr>
            <w:pStyle w:val="ACA81B7FEB124004A04A95F11ADBD7A7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B16618" w:rsidP="00B16618">
          <w:pPr>
            <w:pStyle w:val="AB27C8C8D90949D99B80C3BCC40C6D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B16618" w:rsidP="00B16618">
          <w:pPr>
            <w:pStyle w:val="BE6BAA36B4CE46CCBA1107A2CA86328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B16618" w:rsidP="00B16618">
          <w:pPr>
            <w:pStyle w:val="98F3A9EE91754E259AFD2F141BD88EC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B16618" w:rsidP="00B16618">
          <w:pPr>
            <w:pStyle w:val="A562792367E244C2B52C13434E400DB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B16618" w:rsidP="00B16618">
          <w:pPr>
            <w:pStyle w:val="7E217E49FF2B4BCCB4F3ACCCBA86205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B16618" w:rsidP="00B16618">
          <w:pPr>
            <w:pStyle w:val="A6B6B6169038418C8F137F03A3BAC3E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B16618" w:rsidP="00B16618">
          <w:pPr>
            <w:pStyle w:val="BA84038C5BAB4BC98BCFD7720888F4E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B16618" w:rsidP="00B16618">
          <w:pPr>
            <w:pStyle w:val="2A85F1BB5E59479D91B2E845B74103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B16618" w:rsidP="00B16618">
          <w:pPr>
            <w:pStyle w:val="734A0FEE22AB4D08A85FAFBB84445CB9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B16618" w:rsidP="00B16618">
          <w:pPr>
            <w:pStyle w:val="3AE69983638E496B87E186B118E83D05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B16618" w:rsidP="00B16618">
          <w:pPr>
            <w:pStyle w:val="4E1B8BE8E635423EB269141E9E2912A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B16618" w:rsidP="00B16618">
          <w:pPr>
            <w:pStyle w:val="522C19E6AA2346A4966003129C441C2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B16618" w:rsidP="00B16618">
          <w:pPr>
            <w:pStyle w:val="DC6DBC8E8B3947CB8F9195F36B67D85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B16618" w:rsidP="00B16618">
          <w:pPr>
            <w:pStyle w:val="49487EF4E50B45EF8F8DF0A58099CB0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B16618" w:rsidP="00B16618">
          <w:pPr>
            <w:pStyle w:val="C6C5AA04D5744E5397F5B4C02E599FE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B16618" w:rsidP="00B16618">
          <w:pPr>
            <w:pStyle w:val="657845195F10471BB191FDF6254F450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B16618" w:rsidP="00B16618">
          <w:pPr>
            <w:pStyle w:val="4261ABEBA6024587BD9BFFA89B86CBA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B16618" w:rsidP="00B16618">
          <w:pPr>
            <w:pStyle w:val="ECE4C47E07C843CCA2D7255597D07705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B16618" w:rsidP="00B16618">
          <w:pPr>
            <w:pStyle w:val="9444CF760006459A89EF2B7CE3AFF2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B16618" w:rsidP="00B16618">
          <w:pPr>
            <w:pStyle w:val="A451D5A1F2414B9AB219F05CFB3EC45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B16618" w:rsidP="00B16618">
          <w:pPr>
            <w:pStyle w:val="E58E1C4CC73644419B96786849CD0414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B16618" w:rsidP="00B16618">
          <w:pPr>
            <w:pStyle w:val="CA4E4ABAE5DA465E97A6237A7809538C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B16618" w:rsidP="00B16618">
          <w:pPr>
            <w:pStyle w:val="156AE4FD73954CA688AAE317B321396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B16618" w:rsidP="00B16618">
          <w:pPr>
            <w:pStyle w:val="6D5A277E4DAE4119840AF2E2D970FC5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B16618" w:rsidP="00B16618">
          <w:pPr>
            <w:pStyle w:val="586FFECF142C4598987272C037E4807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B16618" w:rsidP="00B16618">
          <w:pPr>
            <w:pStyle w:val="0FB6E5FECABF45829BB384A56029A28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B16618" w:rsidP="00B16618">
          <w:pPr>
            <w:pStyle w:val="7041F98D97294F33B27DB409BE8E34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B16618" w:rsidP="00B16618">
          <w:pPr>
            <w:pStyle w:val="73AB6D1D873F4738BF61AE697637871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B16618" w:rsidP="00B16618">
          <w:pPr>
            <w:pStyle w:val="520891A0A4C04E9D9F8A8F3644975C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B16618" w:rsidP="00B16618">
          <w:pPr>
            <w:pStyle w:val="C582574595EA444189787F4DFB8EE37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B16618" w:rsidP="00B16618">
          <w:pPr>
            <w:pStyle w:val="55670920D67C4481B676B57D42BEF39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B16618" w:rsidP="00B16618">
          <w:pPr>
            <w:pStyle w:val="1734C0B0E50C4165979C1D1CD6EF511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2533AA1A67444FAB6AD764FF1EF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F7DA-E9F2-4032-A788-B62BA60378EC}"/>
      </w:docPartPr>
      <w:docPartBody>
        <w:p w:rsidR="00667F4B" w:rsidRDefault="00B16618" w:rsidP="00B16618">
          <w:pPr>
            <w:pStyle w:val="982533AA1A67444FAB6AD764FF1EF88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251704D7154EB4AAFD40739CBF3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B767D-4E47-48E7-8104-5FCB54E20DFF}"/>
      </w:docPartPr>
      <w:docPartBody>
        <w:p w:rsidR="00667F4B" w:rsidRDefault="00B16618" w:rsidP="00B16618">
          <w:pPr>
            <w:pStyle w:val="A8251704D7154EB4AAFD40739CBF323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F71A98DCB432994A49CF6A2418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1B163-2111-47F1-BE3E-715B36098DE9}"/>
      </w:docPartPr>
      <w:docPartBody>
        <w:p w:rsidR="00667F4B" w:rsidRDefault="00B16618" w:rsidP="00B16618">
          <w:pPr>
            <w:pStyle w:val="092F71A98DCB432994A49CF6A2418B19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F714C39671F4059B6173089394CD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16FAE-E734-44BE-A31F-E00E026FC3BC}"/>
      </w:docPartPr>
      <w:docPartBody>
        <w:p w:rsidR="00667F4B" w:rsidRDefault="00B16618" w:rsidP="00B16618">
          <w:pPr>
            <w:pStyle w:val="FF714C39671F4059B6173089394CD3E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589E92AA8443098EDE0E709D3F9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60FC3-714F-41B4-9890-9A9052B837B3}"/>
      </w:docPartPr>
      <w:docPartBody>
        <w:p w:rsidR="00667F4B" w:rsidRDefault="00B16618" w:rsidP="00B16618">
          <w:pPr>
            <w:pStyle w:val="28589E92AA8443098EDE0E709D3F980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8873B5DDFA49E29AD3D86C96355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AA905-D309-487F-A1AF-07580395F905}"/>
      </w:docPartPr>
      <w:docPartBody>
        <w:p w:rsidR="00667F4B" w:rsidRDefault="00B16618" w:rsidP="00B16618">
          <w:pPr>
            <w:pStyle w:val="7B8873B5DDFA49E29AD3D86C96355BE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3A91E55554B1E87906AAB7E667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CBF7F-A57D-47C2-BCA3-E8C041F05825}"/>
      </w:docPartPr>
      <w:docPartBody>
        <w:p w:rsidR="00667F4B" w:rsidRDefault="00B16618" w:rsidP="00B16618">
          <w:pPr>
            <w:pStyle w:val="7D53A91E55554B1E87906AAB7E66728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B16618" w:rsidP="00B16618">
          <w:pPr>
            <w:pStyle w:val="A98CC7936C024C2988776FBA2CC670B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B16618" w:rsidP="00B16618">
          <w:pPr>
            <w:pStyle w:val="2E9B36F7201C45DF99CA9FA9C42900A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B16618" w:rsidP="00B16618">
          <w:pPr>
            <w:pStyle w:val="09814CF1CD7A47D3BB560F37A96F9D5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B16618" w:rsidP="00B16618">
          <w:pPr>
            <w:pStyle w:val="7793DEAF92564508A217818A964BBBC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56754DF05D440794B920DC01AB15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485F6-6535-4FE7-A637-75BEF9E1A50F}"/>
      </w:docPartPr>
      <w:docPartBody>
        <w:p w:rsidR="00B16618" w:rsidRDefault="00B16618" w:rsidP="00B16618">
          <w:pPr>
            <w:pStyle w:val="BA56754DF05D440794B920DC01AB150D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5F14FB66A15431389EB3E003A7DA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AF9D1-D349-4B4C-8AC3-C194B67500ED}"/>
      </w:docPartPr>
      <w:docPartBody>
        <w:p w:rsidR="00B16618" w:rsidRDefault="00B16618" w:rsidP="00B16618">
          <w:pPr>
            <w:pStyle w:val="D5F14FB66A15431389EB3E003A7DADB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650B01579224C17841E78E78C057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05105-B3F9-4707-A643-A9C4862E43CC}"/>
      </w:docPartPr>
      <w:docPartBody>
        <w:p w:rsidR="00B16618" w:rsidRDefault="00B16618" w:rsidP="00B16618">
          <w:pPr>
            <w:pStyle w:val="0650B01579224C17841E78E78C05793F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74A2D43DF304886A881A48DB725E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E72E5-4948-48E8-9DE8-B06639183B3A}"/>
      </w:docPartPr>
      <w:docPartBody>
        <w:p w:rsidR="00B16618" w:rsidRDefault="00B16618" w:rsidP="00B16618">
          <w:pPr>
            <w:pStyle w:val="774A2D43DF304886A881A48DB725E3A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2DC1AC1EF943789D35F04A29286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506E0-FADB-414D-92CD-DEB6601EDB19}"/>
      </w:docPartPr>
      <w:docPartBody>
        <w:p w:rsidR="00B16618" w:rsidRDefault="00B16618" w:rsidP="00B16618">
          <w:pPr>
            <w:pStyle w:val="F52DC1AC1EF943789D35F04A292863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0F9E9C7F32471294302BE920C10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D664F-E9C8-4485-9683-DC8C4E265DBB}"/>
      </w:docPartPr>
      <w:docPartBody>
        <w:p w:rsidR="00B16618" w:rsidRDefault="00B16618" w:rsidP="00B16618">
          <w:pPr>
            <w:pStyle w:val="8F0F9E9C7F32471294302BE920C10E9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00EF9D5C5064AC3A5046E4511DC1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B0F91-ADE7-4D80-8AA1-9EC72A9426B7}"/>
      </w:docPartPr>
      <w:docPartBody>
        <w:p w:rsidR="00B16618" w:rsidRDefault="00B16618" w:rsidP="00B16618">
          <w:pPr>
            <w:pStyle w:val="400EF9D5C5064AC3A5046E4511DC1EF5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7C1A675730A4DF4BE8EF00B98806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0FAA6-9860-4C30-9999-C8719FE9A738}"/>
      </w:docPartPr>
      <w:docPartBody>
        <w:p w:rsidR="00B16618" w:rsidRDefault="00B16618" w:rsidP="00B16618">
          <w:pPr>
            <w:pStyle w:val="47C1A675730A4DF4BE8EF00B9880615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66F365C96545E7BCD8875465C89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6FC79-DC28-4008-BBA4-F67252027701}"/>
      </w:docPartPr>
      <w:docPartBody>
        <w:p w:rsidR="00B16618" w:rsidRDefault="00B16618" w:rsidP="00B16618">
          <w:pPr>
            <w:pStyle w:val="B066F365C96545E7BCD8875465C89505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A6CB71295541ACA9F42EDDCCA9A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242E4-429A-407F-B29A-5FB51318A063}"/>
      </w:docPartPr>
      <w:docPartBody>
        <w:p w:rsidR="00B16618" w:rsidRDefault="00B16618" w:rsidP="00B16618">
          <w:pPr>
            <w:pStyle w:val="84A6CB71295541ACA9F42EDDCCA9A365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D7DA4317824562B0E76F185F28F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99A68-6658-47DB-9892-973690EEFA89}"/>
      </w:docPartPr>
      <w:docPartBody>
        <w:p w:rsidR="00B16618" w:rsidRDefault="00B16618" w:rsidP="00B16618">
          <w:pPr>
            <w:pStyle w:val="BAD7DA4317824562B0E76F185F28F5ED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9CD8A7535044DA89BE48C5A80D6D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125A1-D9C2-4E7A-8EB1-8369583926CD}"/>
      </w:docPartPr>
      <w:docPartBody>
        <w:p w:rsidR="00B16618" w:rsidRDefault="00B16618" w:rsidP="00B16618">
          <w:pPr>
            <w:pStyle w:val="29CD8A7535044DA89BE48C5A80D6D1A5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A89163453E74F2594044BAC0AC30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CF81B-8809-4098-9DFF-40C73AA9BBE6}"/>
      </w:docPartPr>
      <w:docPartBody>
        <w:p w:rsidR="00B16618" w:rsidRDefault="00B16618" w:rsidP="00B16618">
          <w:pPr>
            <w:pStyle w:val="3A89163453E74F2594044BAC0AC3048A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FE5C23E83A14735ADE17CCB15AA3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A1EC5E-3AC5-4BEB-B1C0-7CE2F5D6C4BB}"/>
      </w:docPartPr>
      <w:docPartBody>
        <w:p w:rsidR="00B16618" w:rsidRDefault="00B16618" w:rsidP="00B16618">
          <w:pPr>
            <w:pStyle w:val="1FE5C23E83A14735ADE17CCB15AA3DE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5B3F827A0E244F3C885C33E9F6C93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A4F6C0-DC43-4138-9DF9-18B0EFAD1CCF}"/>
      </w:docPartPr>
      <w:docPartBody>
        <w:p w:rsidR="00B16618" w:rsidRDefault="00B16618" w:rsidP="00B16618">
          <w:pPr>
            <w:pStyle w:val="5B3F827A0E244F3C885C33E9F6C9368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413D3F1F144513A748172053677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4034B-4857-4930-8ACD-ADB9C9BB1730}"/>
      </w:docPartPr>
      <w:docPartBody>
        <w:p w:rsidR="00B16618" w:rsidRDefault="00B16618" w:rsidP="00B16618">
          <w:pPr>
            <w:pStyle w:val="FB413D3F1F144513A748172053677684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9480043D7744BF9323BB102EAC1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8E06FA-E22D-4965-933F-BD5CF928FFB0}"/>
      </w:docPartPr>
      <w:docPartBody>
        <w:p w:rsidR="00B16618" w:rsidRDefault="00B16618" w:rsidP="00B16618">
          <w:pPr>
            <w:pStyle w:val="D69480043D7744BF9323BB102EAC18D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A4FA7FD9C7483B9C6ED2C995AE6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70DA46-CC1F-4F26-A3D6-920BB19D9667}"/>
      </w:docPartPr>
      <w:docPartBody>
        <w:p w:rsidR="00B16618" w:rsidRDefault="00B16618" w:rsidP="00B16618">
          <w:pPr>
            <w:pStyle w:val="85A4FA7FD9C7483B9C6ED2C995AE66EF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CD7F55E56614662B1BD690D409E3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9F4AE-5277-45A4-95CF-B5CFF18E507D}"/>
      </w:docPartPr>
      <w:docPartBody>
        <w:p w:rsidR="00B16618" w:rsidRDefault="00B16618" w:rsidP="00B16618">
          <w:pPr>
            <w:pStyle w:val="4CD7F55E56614662B1BD690D409E392D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83CA545F1404488F9BCDC6DF6ECD5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2B3B0-6067-4C72-B989-4349DD7499EF}"/>
      </w:docPartPr>
      <w:docPartBody>
        <w:p w:rsidR="00B16618" w:rsidRDefault="00B16618" w:rsidP="00B16618">
          <w:pPr>
            <w:pStyle w:val="83CA545F1404488F9BCDC6DF6ECD569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791A6C3B4B409F9841ABAC34947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2372C-25E2-443E-BBA7-8F2561F21C41}"/>
      </w:docPartPr>
      <w:docPartBody>
        <w:p w:rsidR="00B16618" w:rsidRDefault="00B16618" w:rsidP="00B16618">
          <w:pPr>
            <w:pStyle w:val="64791A6C3B4B409F9841ABAC34947CD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B2F660841949E08B46FD76E76ED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216E7-41C3-425C-9613-3D89A8E935D8}"/>
      </w:docPartPr>
      <w:docPartBody>
        <w:p w:rsidR="00B16618" w:rsidRDefault="00B16618" w:rsidP="00B16618">
          <w:pPr>
            <w:pStyle w:val="7BB2F660841949E08B46FD76E76ED417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22D1F9AF534FDC8C02CAF2CDAB4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9B8F1-BC2D-4BA2-83D5-1751178FA561}"/>
      </w:docPartPr>
      <w:docPartBody>
        <w:p w:rsidR="00B16618" w:rsidRDefault="00B16618" w:rsidP="00B16618">
          <w:pPr>
            <w:pStyle w:val="6522D1F9AF534FDC8C02CAF2CDAB4BB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382E02C342B49EE9B5620169D18E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CEE58-689D-4AF6-8F7E-FBB6AAF12241}"/>
      </w:docPartPr>
      <w:docPartBody>
        <w:p w:rsidR="00B16618" w:rsidRDefault="00B16618" w:rsidP="00B16618">
          <w:pPr>
            <w:pStyle w:val="F382E02C342B49EE9B5620169D18E68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B3C318EBCB23488ABD237F04F18A7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06682-0656-4787-BF65-F38DE3EA5C4E}"/>
      </w:docPartPr>
      <w:docPartBody>
        <w:p w:rsidR="00B16618" w:rsidRDefault="00B16618" w:rsidP="00B16618">
          <w:pPr>
            <w:pStyle w:val="B3C318EBCB23488ABD237F04F18A79F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DB70BD4451466F97471D39AB200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CA97A-82BD-4CA4-8C9C-99CEB3ECF10D}"/>
      </w:docPartPr>
      <w:docPartBody>
        <w:p w:rsidR="00B16618" w:rsidRDefault="00B16618" w:rsidP="00B16618">
          <w:pPr>
            <w:pStyle w:val="27DB70BD4451466F97471D39AB200A3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B0EFB6E5C44B36A3A949DA73FDC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F1DA8-8C5C-4B6C-AD71-755251B89CDC}"/>
      </w:docPartPr>
      <w:docPartBody>
        <w:p w:rsidR="00B16618" w:rsidRDefault="00B16618" w:rsidP="00B16618">
          <w:pPr>
            <w:pStyle w:val="42B0EFB6E5C44B36A3A949DA73FDCE3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9B4CFDD701402581D2184F70410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82D9C-CD44-49D6-9058-E59C2FBDF162}"/>
      </w:docPartPr>
      <w:docPartBody>
        <w:p w:rsidR="00B16618" w:rsidRDefault="00B16618" w:rsidP="00B16618">
          <w:pPr>
            <w:pStyle w:val="889B4CFDD701402581D2184F70410878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0D0E7F21F7C74B9EB2B3FE75BF17E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0EBE9-C029-4830-A3D9-0F7ADAE25657}"/>
      </w:docPartPr>
      <w:docPartBody>
        <w:p w:rsidR="00B16618" w:rsidRDefault="00B16618" w:rsidP="00B16618">
          <w:pPr>
            <w:pStyle w:val="0D0E7F21F7C74B9EB2B3FE75BF17E85D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7D02D12569949259F4B303AE9EE9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A76D1-381F-4CA9-B7AF-88F917F3FC88}"/>
      </w:docPartPr>
      <w:docPartBody>
        <w:p w:rsidR="00B16618" w:rsidRDefault="00B16618" w:rsidP="00B16618">
          <w:pPr>
            <w:pStyle w:val="E7D02D12569949259F4B303AE9EE91BE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AA78230F4974F91A466D1A3E44D5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29B16-3BFD-4A48-8F7F-0BAC8779B0C1}"/>
      </w:docPartPr>
      <w:docPartBody>
        <w:p w:rsidR="00B16618" w:rsidRDefault="00B16618" w:rsidP="00B16618">
          <w:pPr>
            <w:pStyle w:val="CAA78230F4974F91A466D1A3E44D5E2D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0CFA2EC4C7B4356B9A2A03A62C3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F5D85-CB3E-4A44-9637-CCF8369D9D55}"/>
      </w:docPartPr>
      <w:docPartBody>
        <w:p w:rsidR="00B16618" w:rsidRDefault="00B16618" w:rsidP="00B16618">
          <w:pPr>
            <w:pStyle w:val="F0CFA2EC4C7B4356B9A2A03A62C38968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380793E9EE044989EB44762814E7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11D0B-E82C-43C9-ACEC-A191B2932E65}"/>
      </w:docPartPr>
      <w:docPartBody>
        <w:p w:rsidR="00B16618" w:rsidRDefault="00B16618" w:rsidP="00B16618">
          <w:pPr>
            <w:pStyle w:val="9380793E9EE044989EB44762814E78B6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E951C26B4874E2787CBE628EA2C2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264B1-7029-4E4B-B362-40B4EA5114CB}"/>
      </w:docPartPr>
      <w:docPartBody>
        <w:p w:rsidR="00B16618" w:rsidRDefault="00B16618" w:rsidP="00B16618">
          <w:pPr>
            <w:pStyle w:val="0E951C26B4874E2787CBE628EA2C2094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7E5AC0373094234B85BEF415F1A8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2388E-C272-4943-B48F-BBC861F70C42}"/>
      </w:docPartPr>
      <w:docPartBody>
        <w:p w:rsidR="00B16618" w:rsidRDefault="00B16618" w:rsidP="00B16618">
          <w:pPr>
            <w:pStyle w:val="07E5AC0373094234B85BEF415F1A8998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ED87B2022A34B2198DC2B217B191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83268-A1D0-414B-9E4C-274FBCEDF1FC}"/>
      </w:docPartPr>
      <w:docPartBody>
        <w:p w:rsidR="00B16618" w:rsidRDefault="00B16618" w:rsidP="00B16618">
          <w:pPr>
            <w:pStyle w:val="3ED87B2022A34B2198DC2B217B191AF1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3BC8C880F02488D9440E42777A56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96BC6-3949-4C98-A65D-8316E428F85B}"/>
      </w:docPartPr>
      <w:docPartBody>
        <w:p w:rsidR="00CF07D3" w:rsidRDefault="00B16618" w:rsidP="00B16618">
          <w:pPr>
            <w:pStyle w:val="43BC8C880F02488D9440E42777A564A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3C793FE9A4D80B1D79B6FA021D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E627E-6CFF-4335-BD6F-B300367C4783}"/>
      </w:docPartPr>
      <w:docPartBody>
        <w:p w:rsidR="00CF07D3" w:rsidRDefault="00B16618" w:rsidP="00B16618">
          <w:pPr>
            <w:pStyle w:val="E213C793FE9A4D80B1D79B6FA021DE59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6EB4B8F897754D6A8ED15DFE37960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88041-D63B-4546-9404-C360B1CE6A30}"/>
      </w:docPartPr>
      <w:docPartBody>
        <w:p w:rsidR="00CF07D3" w:rsidRDefault="00B16618" w:rsidP="00B16618">
          <w:pPr>
            <w:pStyle w:val="6EB4B8F897754D6A8ED15DFE379608EA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A1DE80C0EA1454B9F502143A303FF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4ECAA-B648-4E34-8243-E41941F957CE}"/>
      </w:docPartPr>
      <w:docPartBody>
        <w:p w:rsidR="00CF07D3" w:rsidRDefault="00B16618" w:rsidP="00B16618">
          <w:pPr>
            <w:pStyle w:val="FA1DE80C0EA1454B9F502143A303FF6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69FD0B6DCA45D69BD0BC2B153C5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793F0-76C5-4D60-A8FB-576128C85C92}"/>
      </w:docPartPr>
      <w:docPartBody>
        <w:p w:rsidR="00CF07D3" w:rsidRDefault="00B16618" w:rsidP="00B16618">
          <w:pPr>
            <w:pStyle w:val="9069FD0B6DCA45D69BD0BC2B153C595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70E8711E7C435780CE65A58389B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EE623-FF70-4A62-A465-FB580DBEE0E2}"/>
      </w:docPartPr>
      <w:docPartBody>
        <w:p w:rsidR="00CF07D3" w:rsidRDefault="00B16618" w:rsidP="00B16618">
          <w:pPr>
            <w:pStyle w:val="AE70E8711E7C435780CE65A58389BBE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F16F23100243438E168EF3DD145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2286D-FCF8-4A2E-9FA4-1B527C00A46A}"/>
      </w:docPartPr>
      <w:docPartBody>
        <w:p w:rsidR="00CF07D3" w:rsidRDefault="00B16618" w:rsidP="00B16618">
          <w:pPr>
            <w:pStyle w:val="F5F16F23100243438E168EF3DD145CD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39DEB80A7944DFBE4F24EB706EF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FE715-C014-4958-9B2F-5DDCDA328E85}"/>
      </w:docPartPr>
      <w:docPartBody>
        <w:p w:rsidR="00CF07D3" w:rsidRDefault="00B16618" w:rsidP="00B16618">
          <w:pPr>
            <w:pStyle w:val="3E39DEB80A7944DFBE4F24EB706EFF5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988C9AD9BB485C85B97ED0BCA77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343358-5573-41BF-840A-08E3AF7AAEC0}"/>
      </w:docPartPr>
      <w:docPartBody>
        <w:p w:rsidR="00CF07D3" w:rsidRDefault="00B16618" w:rsidP="00B16618">
          <w:pPr>
            <w:pStyle w:val="8F988C9AD9BB485C85B97ED0BCA77BCC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5605AD6BBDF4ED99F8ADA63547E8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FCEC0B-85C9-484B-AD0B-34C374B6864D}"/>
      </w:docPartPr>
      <w:docPartBody>
        <w:p w:rsidR="00CF07D3" w:rsidRDefault="00B16618" w:rsidP="00B16618">
          <w:pPr>
            <w:pStyle w:val="35605AD6BBDF4ED99F8ADA63547E822C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D3EA6E0524F43B990D19E2473509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9E321-8142-42A8-A2E9-12719F69CB25}"/>
      </w:docPartPr>
      <w:docPartBody>
        <w:p w:rsidR="00CF07D3" w:rsidRDefault="00B16618" w:rsidP="00B16618">
          <w:pPr>
            <w:pStyle w:val="8D3EA6E0524F43B990D19E247350906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2ED811C3F340E4B66E25B03C5F2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55BED-DBBF-423B-9266-C7E47CB852E1}"/>
      </w:docPartPr>
      <w:docPartBody>
        <w:p w:rsidR="00CF07D3" w:rsidRDefault="00B16618" w:rsidP="00B16618">
          <w:pPr>
            <w:pStyle w:val="B92ED811C3F340E4B66E25B03C5F259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D0958EC6A948C186CCC40A9E055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BCBFC-4071-4E2D-A58D-3A6DD8E6DC4F}"/>
      </w:docPartPr>
      <w:docPartBody>
        <w:p w:rsidR="00CF07D3" w:rsidRDefault="00B16618" w:rsidP="00B16618">
          <w:pPr>
            <w:pStyle w:val="CBD0958EC6A948C186CCC40A9E05541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8DD59B7DC4472982AEB06FBE5E4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CDC8C-E0CE-41DF-8995-E1F5412F8F53}"/>
      </w:docPartPr>
      <w:docPartBody>
        <w:p w:rsidR="00CF07D3" w:rsidRDefault="00B16618" w:rsidP="00B16618">
          <w:pPr>
            <w:pStyle w:val="828DD59B7DC4472982AEB06FBE5E4B1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200B00F824435FB5CD68C3C09FE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EAF34-98FF-40D2-9E58-12C42EE30404}"/>
      </w:docPartPr>
      <w:docPartBody>
        <w:p w:rsidR="00CF07D3" w:rsidRDefault="00B16618" w:rsidP="00B16618">
          <w:pPr>
            <w:pStyle w:val="B5200B00F824435FB5CD68C3C09FE7D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D5F2AE201A4FD79F7104F95101E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45738-DAF4-414B-AFFE-DF854372AF73}"/>
      </w:docPartPr>
      <w:docPartBody>
        <w:p w:rsidR="00CF07D3" w:rsidRDefault="00B16618" w:rsidP="00B16618">
          <w:pPr>
            <w:pStyle w:val="FFD5F2AE201A4FD79F7104F95101E6CF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04854AD817545C28541509732864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3467B-06EC-4662-81C1-B6F7C22F8738}"/>
      </w:docPartPr>
      <w:docPartBody>
        <w:p w:rsidR="00CF07D3" w:rsidRDefault="00B16618" w:rsidP="00B16618">
          <w:pPr>
            <w:pStyle w:val="804854AD817545C2854150973286422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0F074EE3646543CF9DE978023F8BB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A2126-A33F-4470-8D0A-57C22549E50E}"/>
      </w:docPartPr>
      <w:docPartBody>
        <w:p w:rsidR="00CF07D3" w:rsidRDefault="00B16618" w:rsidP="00B16618">
          <w:pPr>
            <w:pStyle w:val="0F074EE3646543CF9DE978023F8BB02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FE7C5D100B4780909EB75B6E766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6B476-7B6F-48BF-8041-C8B115FF4990}"/>
      </w:docPartPr>
      <w:docPartBody>
        <w:p w:rsidR="00CF07D3" w:rsidRDefault="00B16618" w:rsidP="00B16618">
          <w:pPr>
            <w:pStyle w:val="79FE7C5D100B4780909EB75B6E766D5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2F3B4F4A044AD5B43FD49548FC8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79E84-1184-40AF-9F89-672A3837287F}"/>
      </w:docPartPr>
      <w:docPartBody>
        <w:p w:rsidR="00CF07D3" w:rsidRDefault="00B16618" w:rsidP="00B16618">
          <w:pPr>
            <w:pStyle w:val="482F3B4F4A044AD5B43FD49548FC825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5FEC0F67114EC9A247BA304282D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EDB94-2DBD-42FB-A3C5-5C8C3B543C6C}"/>
      </w:docPartPr>
      <w:docPartBody>
        <w:p w:rsidR="00CF07D3" w:rsidRDefault="00B16618" w:rsidP="00B16618">
          <w:pPr>
            <w:pStyle w:val="105FEC0F67114EC9A247BA304282D96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9CAAFA7C6744FC92A3D87D72026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60F60F-B863-41E1-91F9-3EBB01E77387}"/>
      </w:docPartPr>
      <w:docPartBody>
        <w:p w:rsidR="00CF07D3" w:rsidRDefault="00B16618" w:rsidP="00B16618">
          <w:pPr>
            <w:pStyle w:val="BB9CAAFA7C6744FC92A3D87D72026AD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C2A879F79646F186D299083F8F6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7C11E-CDE6-4F42-A6AD-9F3B2AB1528D}"/>
      </w:docPartPr>
      <w:docPartBody>
        <w:p w:rsidR="00CF07D3" w:rsidRDefault="00B16618" w:rsidP="00B16618">
          <w:pPr>
            <w:pStyle w:val="4CC2A879F79646F186D299083F8F623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3797C4FDDB4C3FBB4DCD46EEBA6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755CB-30FC-4D0D-A073-99FDDC7E3F5F}"/>
      </w:docPartPr>
      <w:docPartBody>
        <w:p w:rsidR="00CF07D3" w:rsidRDefault="00B16618" w:rsidP="00B16618">
          <w:pPr>
            <w:pStyle w:val="513797C4FDDB4C3FBB4DCD46EEBA64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F2AD8B8CBC4A968DB574CDF5427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93C4D-ECDF-45F4-BA6E-4182CEC6CD13}"/>
      </w:docPartPr>
      <w:docPartBody>
        <w:p w:rsidR="00CF07D3" w:rsidRDefault="00B16618" w:rsidP="00B16618">
          <w:pPr>
            <w:pStyle w:val="6CF2AD8B8CBC4A968DB574CDF54272A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A89592B97246D584780D5FBAC6A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CEB33-5E95-4612-BA6D-B09234D22A5B}"/>
      </w:docPartPr>
      <w:docPartBody>
        <w:p w:rsidR="00CF07D3" w:rsidRDefault="00B16618" w:rsidP="00B16618">
          <w:pPr>
            <w:pStyle w:val="DDA89592B97246D584780D5FBAC6A89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3A88AED3404C9283810D04BC20A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54189-DAF2-45B6-BE33-6EA8C1387508}"/>
      </w:docPartPr>
      <w:docPartBody>
        <w:p w:rsidR="00CF07D3" w:rsidRDefault="00B16618" w:rsidP="00B16618">
          <w:pPr>
            <w:pStyle w:val="053A88AED3404C9283810D04BC20AC27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0463F08CDEA48F0AC75956CD46AAB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F865E-E141-4A1C-96A0-0C44BF24B654}"/>
      </w:docPartPr>
      <w:docPartBody>
        <w:p w:rsidR="00CF07D3" w:rsidRDefault="00B16618" w:rsidP="00B16618">
          <w:pPr>
            <w:pStyle w:val="20463F08CDEA48F0AC75956CD46AAB3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7E11B20F7B486A8B3D39E91E8B3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C086B-3DCB-4794-852D-42C608C7AE48}"/>
      </w:docPartPr>
      <w:docPartBody>
        <w:p w:rsidR="00CF07D3" w:rsidRDefault="00B16618" w:rsidP="00B16618">
          <w:pPr>
            <w:pStyle w:val="E67E11B20F7B486A8B3D39E91E8B370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6418A1CCED427C9B7546469E3123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940E6-D99F-40FC-84C3-33CCE4B79752}"/>
      </w:docPartPr>
      <w:docPartBody>
        <w:p w:rsidR="00CF07D3" w:rsidRDefault="00B16618" w:rsidP="00B16618">
          <w:pPr>
            <w:pStyle w:val="B46418A1CCED427C9B7546469E3123F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C5649877004FE3983A3E9CB1ADB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EB1B0-ACA2-40AE-9F12-96B3B987F785}"/>
      </w:docPartPr>
      <w:docPartBody>
        <w:p w:rsidR="00CF07D3" w:rsidRDefault="00B16618" w:rsidP="00B16618">
          <w:pPr>
            <w:pStyle w:val="A1C5649877004FE3983A3E9CB1ADBF5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8321339D224D3C8CC0B55F3E0A43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3CB93-7D4B-4F96-A265-02D87ED94D9B}"/>
      </w:docPartPr>
      <w:docPartBody>
        <w:p w:rsidR="00CF07D3" w:rsidRDefault="00B16618" w:rsidP="00B16618">
          <w:pPr>
            <w:pStyle w:val="B68321339D224D3C8CC0B55F3E0A433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772D6989BF4132A28B1576C6FD2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E685-C156-4432-9FAE-A58834C47979}"/>
      </w:docPartPr>
      <w:docPartBody>
        <w:p w:rsidR="00CF07D3" w:rsidRDefault="00B16618" w:rsidP="00B16618">
          <w:pPr>
            <w:pStyle w:val="AA772D6989BF4132A28B1576C6FD2EED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95B218A03D5420FADC7BB39C13FC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8942E-2ED1-4F36-B303-31DA3F9DAEF3}"/>
      </w:docPartPr>
      <w:docPartBody>
        <w:p w:rsidR="00CF07D3" w:rsidRDefault="00B16618" w:rsidP="00B16618">
          <w:pPr>
            <w:pStyle w:val="195B218A03D5420FADC7BB39C13FC48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8ED1714B0743749CA59F3F090F6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F9E8DB-69FF-47AE-B800-2071F7C850BA}"/>
      </w:docPartPr>
      <w:docPartBody>
        <w:p w:rsidR="00CF07D3" w:rsidRDefault="00B16618" w:rsidP="00B16618">
          <w:pPr>
            <w:pStyle w:val="C38ED1714B0743749CA59F3F090F699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7C63FA5890436288948181BB8CC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52B47-E5DA-432B-90BF-FEA3B3F1FBA2}"/>
      </w:docPartPr>
      <w:docPartBody>
        <w:p w:rsidR="00CF07D3" w:rsidRDefault="00B16618" w:rsidP="00B16618">
          <w:pPr>
            <w:pStyle w:val="8D7C63FA5890436288948181BB8CCAC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DB1DD4ABF84B789E444023FA8FA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9BF3C-CB7C-4F2B-BE80-B49C25249275}"/>
      </w:docPartPr>
      <w:docPartBody>
        <w:p w:rsidR="00CF07D3" w:rsidRDefault="00B16618" w:rsidP="00B16618">
          <w:pPr>
            <w:pStyle w:val="84DB1DD4ABF84B789E444023FA8FA87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2348BC50814D5183A466C1AE850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A25B7-1630-4DCE-90C4-476345BDC5D0}"/>
      </w:docPartPr>
      <w:docPartBody>
        <w:p w:rsidR="00CF07D3" w:rsidRDefault="00B16618" w:rsidP="00B16618">
          <w:pPr>
            <w:pStyle w:val="622348BC50814D5183A466C1AE850EA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D96DD538B1438793F0BEC2FDE11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E0C6D-F691-4B9B-AC1B-A41C0AE031C8}"/>
      </w:docPartPr>
      <w:docPartBody>
        <w:p w:rsidR="00CF07D3" w:rsidRDefault="00B16618" w:rsidP="00B16618">
          <w:pPr>
            <w:pStyle w:val="8FD96DD538B1438793F0BEC2FDE11CEE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ACD3B59E5A44EF3A1FCBF92086060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BF1AE-555D-4758-A1F6-DDD898CF2933}"/>
      </w:docPartPr>
      <w:docPartBody>
        <w:p w:rsidR="00CF07D3" w:rsidRDefault="00B16618" w:rsidP="00B16618">
          <w:pPr>
            <w:pStyle w:val="4ACD3B59E5A44EF3A1FCBF92086060E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55DEE7EE5947B88355B3630EE1F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DE6E7-DD3E-4808-A512-710C46C1B787}"/>
      </w:docPartPr>
      <w:docPartBody>
        <w:p w:rsidR="00CF07D3" w:rsidRDefault="00B16618" w:rsidP="00B16618">
          <w:pPr>
            <w:pStyle w:val="4F55DEE7EE5947B88355B3630EE1F52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C9FBA3A0F1449E9783E402C44BF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312CD-6C21-486B-9024-4F0B51BC4D9A}"/>
      </w:docPartPr>
      <w:docPartBody>
        <w:p w:rsidR="00CF07D3" w:rsidRDefault="00B16618" w:rsidP="00B16618">
          <w:pPr>
            <w:pStyle w:val="FCC9FBA3A0F1449E9783E402C44BF5B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62A60D42C74FF9855088EE34A10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43428-33E0-49DF-8412-09628318D9E3}"/>
      </w:docPartPr>
      <w:docPartBody>
        <w:p w:rsidR="00CF07D3" w:rsidRDefault="00B16618" w:rsidP="00B16618">
          <w:pPr>
            <w:pStyle w:val="6162A60D42C74FF9855088EE34A10DF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2F481341504EDDABF5C2379768A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7396A-E0BA-4D76-989B-61FBECEBA87B}"/>
      </w:docPartPr>
      <w:docPartBody>
        <w:p w:rsidR="00CF07D3" w:rsidRDefault="00B16618" w:rsidP="00B16618">
          <w:pPr>
            <w:pStyle w:val="142F481341504EDDABF5C2379768A9A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409B16BBEB423DA55BAE84A4C3C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94BCC-BFC0-431D-86FA-D8B3D2302AF1}"/>
      </w:docPartPr>
      <w:docPartBody>
        <w:p w:rsidR="00CF07D3" w:rsidRDefault="00B16618" w:rsidP="00B16618">
          <w:pPr>
            <w:pStyle w:val="F5409B16BBEB423DA55BAE84A4C3CD7B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2630F8"/>
    <w:rsid w:val="003278FA"/>
    <w:rsid w:val="00385234"/>
    <w:rsid w:val="004161F5"/>
    <w:rsid w:val="005227CF"/>
    <w:rsid w:val="005A051B"/>
    <w:rsid w:val="006239E1"/>
    <w:rsid w:val="00667F4B"/>
    <w:rsid w:val="006D0099"/>
    <w:rsid w:val="00926343"/>
    <w:rsid w:val="009A5C93"/>
    <w:rsid w:val="00B16618"/>
    <w:rsid w:val="00B302C0"/>
    <w:rsid w:val="00BC4AC0"/>
    <w:rsid w:val="00BD0B7C"/>
    <w:rsid w:val="00CF07D3"/>
    <w:rsid w:val="00CF5C89"/>
    <w:rsid w:val="00E5708D"/>
    <w:rsid w:val="00F277ED"/>
    <w:rsid w:val="00F7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16618"/>
    <w:rPr>
      <w:color w:val="666666"/>
    </w:rPr>
  </w:style>
  <w:style w:type="paragraph" w:customStyle="1" w:styleId="1734C0B0E50C4165979C1D1CD6EF5118">
    <w:name w:val="1734C0B0E50C4165979C1D1CD6EF5118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">
    <w:name w:val="F4D6CB2241074A76A75ACE4A72F3BAC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">
    <w:name w:val="5C6BE9DD57B042A78E73AE6C65AB81E9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">
    <w:name w:val="B94FF17A7DD844238942618D220CAEE0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56754DF05D440794B920DC01AB150D">
    <w:name w:val="BA56754DF05D440794B920DC01AB150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">
    <w:name w:val="D5F14FB66A15431389EB3E003A7DAD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E5F504CE04A3283DBB5C362BF53DD">
    <w:name w:val="767E5F504CE04A3283DBB5C362BF53D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FA136DFCC9400EA3643631FD9D49AC">
    <w:name w:val="15FA136DFCC9400EA3643631FD9D49AC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50B01579224C17841E78E78C05793F">
    <w:name w:val="0650B01579224C17841E78E78C05793F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">
    <w:name w:val="758EF154077D4EC492E0AA02749775EE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">
    <w:name w:val="60444590C5F4414E83C6454885D5753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">
    <w:name w:val="096DC268CB3744C7AF90E558EFABE7F6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">
    <w:name w:val="16EE3227410F4460A6706019F08584B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">
    <w:name w:val="35C6ADD19D0A4F7F9AA8A8D4CCB1374F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">
    <w:name w:val="0AD4EFDEB46F4DD3B07D7D864B6EAEB2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">
    <w:name w:val="C969D259CE28476AA1EB44B74A93B0DE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">
    <w:name w:val="4163D3241B974CB9999FF0EC5B4E2B2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">
    <w:name w:val="89495584885745569DDCF4FEC1482D05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">
    <w:name w:val="66C6F6902A3B4D4CA7D745FDDA70B68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">
    <w:name w:val="4CD965A9EE694FECADF2476D720E7B6E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">
    <w:name w:val="09E232A6ADC042DB884957F020A929B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">
    <w:name w:val="3DF7FD3C5E5C4C0992D419903A5ACDD9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">
    <w:name w:val="CADFFF9D18954E1993F5C0789B03E179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">
    <w:name w:val="657F90F891404138BEF4C8B0986FE706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">
    <w:name w:val="C9113B8A854441D682CE5AC80AFB0860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">
    <w:name w:val="A98CC7936C024C2988776FBA2CC670B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">
    <w:name w:val="2E9B36F7201C45DF99CA9FA9C42900AE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">
    <w:name w:val="09814CF1CD7A47D3BB560F37A96F9D58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">
    <w:name w:val="7793DEAF92564508A217818A964BBBC0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">
    <w:name w:val="872FF4CA11794B8A841DB2220DF10EA6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">
    <w:name w:val="4E97BD512F134974B65EC5CE1A1FFA5C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">
    <w:name w:val="43C24FC1DD4E4C25906C3761C0E444F2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">
    <w:name w:val="6E5B51F8A20C49259CB13015EB121389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">
    <w:name w:val="ACA81B7FEB124004A04A95F11ADBD7A7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">
    <w:name w:val="E3F5175B57004446843F4F317C13BE7C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">
    <w:name w:val="6E2E25C8BD59485F83A4E1A3EB66C1C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">
    <w:name w:val="74CADD3637F3476CAEF2795719E307AF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">
    <w:name w:val="AB27C8C8D90949D99B80C3BCC40C6D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423504971984E3CA014D7D54995C960">
    <w:name w:val="0423504971984E3CA014D7D54995C960"/>
    <w:rsid w:val="004161F5"/>
  </w:style>
  <w:style w:type="paragraph" w:customStyle="1" w:styleId="BE6BAA36B4CE46CCBA1107A2CA86328D">
    <w:name w:val="BE6BAA36B4CE46CCBA1107A2CA86328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">
    <w:name w:val="98F3A9EE91754E259AFD2F141BD88EC3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">
    <w:name w:val="A562792367E244C2B52C13434E400DB2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">
    <w:name w:val="7E217E49FF2B4BCCB4F3ACCCBA862056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">
    <w:name w:val="A6B6B6169038418C8F137F03A3BAC3E6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">
    <w:name w:val="BA84038C5BAB4BC98BCFD7720888F4E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">
    <w:name w:val="2A85F1BB5E59479D91B2E845B74103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">
    <w:name w:val="734A0FEE22AB4D08A85FAFBB84445CB9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">
    <w:name w:val="3AE69983638E496B87E186B118E83D05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">
    <w:name w:val="4E1B8BE8E635423EB269141E9E2912AC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">
    <w:name w:val="522C19E6AA2346A4966003129C441C2C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">
    <w:name w:val="DC6DBC8E8B3947CB8F9195F36B67D85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">
    <w:name w:val="49487EF4E50B45EF8F8DF0A58099CB09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BC8C880F02488D9440E42777A564AB1">
    <w:name w:val="43BC8C880F02488D9440E42777A564A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213C793FE9A4D80B1D79B6FA021DE591">
    <w:name w:val="E213C793FE9A4D80B1D79B6FA021DE59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B4B8F897754D6A8ED15DFE379608EA1">
    <w:name w:val="6EB4B8F897754D6A8ED15DFE379608EA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A1DE80C0EA1454B9F502143A303FF601">
    <w:name w:val="FA1DE80C0EA1454B9F502143A303FF60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069FD0B6DCA45D69BD0BC2B153C59581">
    <w:name w:val="9069FD0B6DCA45D69BD0BC2B153C5958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70E8711E7C435780CE65A58389BBE71">
    <w:name w:val="AE70E8711E7C435780CE65A58389BBE7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5F16F23100243438E168EF3DD145CDD1">
    <w:name w:val="F5F16F23100243438E168EF3DD145CDD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39DEB80A7944DFBE4F24EB706EFF5B1">
    <w:name w:val="3E39DEB80A7944DFBE4F24EB706EFF5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F988C9AD9BB485C85B97ED0BCA77BCC1">
    <w:name w:val="8F988C9AD9BB485C85B97ED0BCA77BCC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605AD6BBDF4ED99F8ADA63547E822C1">
    <w:name w:val="35605AD6BBDF4ED99F8ADA63547E822C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3EA6E0524F43B990D19E247350906F1">
    <w:name w:val="8D3EA6E0524F43B990D19E247350906F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2ED811C3F340E4B66E25B03C5F259C1">
    <w:name w:val="B92ED811C3F340E4B66E25B03C5F259C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BD0958EC6A948C186CCC40A9E0554111">
    <w:name w:val="CBD0958EC6A948C186CCC40A9E055411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28DD59B7DC4472982AEB06FBE5E4B1B1">
    <w:name w:val="828DD59B7DC4472982AEB06FBE5E4B1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5200B00F824435FB5CD68C3C09FE7DA1">
    <w:name w:val="B5200B00F824435FB5CD68C3C09FE7DA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D5F2AE201A4FD79F7104F95101E6CF1">
    <w:name w:val="FFD5F2AE201A4FD79F7104F95101E6CF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04854AD817545C285415097328642251">
    <w:name w:val="804854AD817545C28541509732864225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074EE3646543CF9DE978023F8BB02B1">
    <w:name w:val="0F074EE3646543CF9DE978023F8BB02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9FE7C5D100B4780909EB75B6E766D5F1">
    <w:name w:val="79FE7C5D100B4780909EB75B6E766D5F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82F3B4F4A044AD5B43FD49548FC82541">
    <w:name w:val="482F3B4F4A044AD5B43FD49548FC8254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05FEC0F67114EC9A247BA304282D96C1">
    <w:name w:val="105FEC0F67114EC9A247BA304282D96C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">
    <w:name w:val="C6C5AA04D5744E5397F5B4C02E599FEC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">
    <w:name w:val="657845195F10471BB191FDF6254F450F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">
    <w:name w:val="4261ABEBA6024587BD9BFFA89B86CBA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">
    <w:name w:val="ECE4C47E07C843CCA2D7255597D07705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">
    <w:name w:val="9444CF760006459A89EF2B7CE3AFF2D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">
    <w:name w:val="A451D5A1F2414B9AB219F05CFB3EC45E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">
    <w:name w:val="E58E1C4CC73644419B96786849CD0414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D7DA4317824562B0E76F185F28F5ED">
    <w:name w:val="BAD7DA4317824562B0E76F185F28F5E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2533AA1A67444FAB6AD764FF1EF883">
    <w:name w:val="982533AA1A67444FAB6AD764FF1EF883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8251704D7154EB4AAFD40739CBF3232">
    <w:name w:val="A8251704D7154EB4AAFD40739CBF3232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2F71A98DCB432994A49CF6A2418B19">
    <w:name w:val="092F71A98DCB432994A49CF6A2418B19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714C39671F4059B6173089394CD3ED">
    <w:name w:val="FF714C39671F4059B6173089394CD3E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8589E92AA8443098EDE0E709D3F9809">
    <w:name w:val="28589E92AA8443098EDE0E709D3F9809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B8873B5DDFA49E29AD3D86C96355BEA">
    <w:name w:val="7B8873B5DDFA49E29AD3D86C96355BE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D53A91E55554B1E87906AAB7E66728B">
    <w:name w:val="7D53A91E55554B1E87906AAB7E66728B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9CD8A7535044DA89BE48C5A80D6D1A5">
    <w:name w:val="29CD8A7535044DA89BE48C5A80D6D1A5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4A2D43DF304886A881A48DB725E3AA">
    <w:name w:val="774A2D43DF304886A881A48DB725E3A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52DC1AC1EF943789D35F04A29286323">
    <w:name w:val="F52DC1AC1EF943789D35F04A29286323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F0F9E9C7F32471294302BE920C10E93">
    <w:name w:val="8F0F9E9C7F32471294302BE920C10E93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00EF9D5C5064AC3A5046E4511DC1EF5">
    <w:name w:val="400EF9D5C5064AC3A5046E4511DC1EF5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7C1A675730A4DF4BE8EF00B9880615E">
    <w:name w:val="47C1A675730A4DF4BE8EF00B9880615E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066F365C96545E7BCD8875465C89505">
    <w:name w:val="B066F365C96545E7BCD8875465C89505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4A6CB71295541ACA9F42EDDCCA9A365">
    <w:name w:val="84A6CB71295541ACA9F42EDDCCA9A365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89163453E74F2594044BAC0AC3048A">
    <w:name w:val="3A89163453E74F2594044BAC0AC3048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">
    <w:name w:val="CA4E4ABAE5DA465E97A6237A7809538C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">
    <w:name w:val="156AE4FD73954CA688AAE317B321396B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">
    <w:name w:val="6D5A277E4DAE4119840AF2E2D970FC5F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">
    <w:name w:val="586FFECF142C4598987272C037E4807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">
    <w:name w:val="0FB6E5FECABF45829BB384A56029A28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FE5C23E83A14735ADE17CCB15AA3DE1">
    <w:name w:val="1FE5C23E83A14735ADE17CCB15AA3DE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B3F827A0E244F3C885C33E9F6C9368C">
    <w:name w:val="5B3F827A0E244F3C885C33E9F6C9368C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B413D3F1F144513A748172053677684">
    <w:name w:val="FB413D3F1F144513A748172053677684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69480043D7744BF9323BB102EAC18DA">
    <w:name w:val="D69480043D7744BF9323BB102EAC18D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5A4FA7FD9C7483B9C6ED2C995AE66EF">
    <w:name w:val="85A4FA7FD9C7483B9C6ED2C995AE66EF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7F55E56614662B1BD690D409E392D">
    <w:name w:val="4CD7F55E56614662B1BD690D409E392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3CA545F1404488F9BCDC6DF6ECD5698">
    <w:name w:val="83CA545F1404488F9BCDC6DF6ECD5698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4791A6C3B4B409F9841ABAC34947CDA">
    <w:name w:val="64791A6C3B4B409F9841ABAC34947CD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BB2F660841949E08B46FD76E76ED417">
    <w:name w:val="7BB2F660841949E08B46FD76E76ED417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22D1F9AF534FDC8C02CAF2CDAB4BB3">
    <w:name w:val="6522D1F9AF534FDC8C02CAF2CDAB4BB3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82E02C342B49EE9B5620169D18E681">
    <w:name w:val="F382E02C342B49EE9B5620169D18E68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3C318EBCB23488ABD237F04F18A79FA">
    <w:name w:val="B3C318EBCB23488ABD237F04F18A79FA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7DB70BD4451466F97471D39AB200A3E">
    <w:name w:val="27DB70BD4451466F97471D39AB200A3E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B0EFB6E5C44B36A3A949DA73FDCE36">
    <w:name w:val="42B0EFB6E5C44B36A3A949DA73FDCE36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9B4CFDD701402581D2184F70410878">
    <w:name w:val="889B4CFDD701402581D2184F70410878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">
    <w:name w:val="7041F98D97294F33B27DB409BE8E34F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">
    <w:name w:val="73AB6D1D873F4738BF61AE697637871D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">
    <w:name w:val="520891A0A4C04E9D9F8A8F3644975C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">
    <w:name w:val="C582574595EA444189787F4DFB8EE37F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">
    <w:name w:val="55670920D67C4481B676B57D42BEF39B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D0E7F21F7C74B9EB2B3FE75BF17E85D1">
    <w:name w:val="0D0E7F21F7C74B9EB2B3FE75BF17E85D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B9CAAFA7C6744FC92A3D87D72026AD31">
    <w:name w:val="BB9CAAFA7C6744FC92A3D87D72026AD3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C2A879F79646F186D299083F8F62361">
    <w:name w:val="4CC2A879F79646F186D299083F8F6236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13797C4FDDB4C3FBB4DCD46EEBA64B11">
    <w:name w:val="513797C4FDDB4C3FBB4DCD46EEBA64B1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CF2AD8B8CBC4A968DB574CDF54272A51">
    <w:name w:val="6CF2AD8B8CBC4A968DB574CDF54272A5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DA89592B97246D584780D5FBAC6A89B1">
    <w:name w:val="DDA89592B97246D584780D5FBAC6A89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53A88AED3404C9283810D04BC20AC271">
    <w:name w:val="053A88AED3404C9283810D04BC20AC27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0463F08CDEA48F0AC75956CD46AAB3D1">
    <w:name w:val="20463F08CDEA48F0AC75956CD46AAB3D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67E11B20F7B486A8B3D39E91E8B37011">
    <w:name w:val="E67E11B20F7B486A8B3D39E91E8B3701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46418A1CCED427C9B7546469E3123FC1">
    <w:name w:val="B46418A1CCED427C9B7546469E3123FC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1C5649877004FE3983A3E9CB1ADBF5D1">
    <w:name w:val="A1C5649877004FE3983A3E9CB1ADBF5D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68321339D224D3C8CC0B55F3E0A433E1">
    <w:name w:val="B68321339D224D3C8CC0B55F3E0A433E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A772D6989BF4132A28B1576C6FD2EED1">
    <w:name w:val="AA772D6989BF4132A28B1576C6FD2EED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95B218A03D5420FADC7BB39C13FC4841">
    <w:name w:val="195B218A03D5420FADC7BB39C13FC484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38ED1714B0743749CA59F3F090F69901">
    <w:name w:val="C38ED1714B0743749CA59F3F090F6990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7C63FA5890436288948181BB8CCAC31">
    <w:name w:val="8D7C63FA5890436288948181BB8CCAC3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4DB1DD4ABF84B789E444023FA8FA8761">
    <w:name w:val="84DB1DD4ABF84B789E444023FA8FA876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22348BC50814D5183A466C1AE850EAD1">
    <w:name w:val="622348BC50814D5183A466C1AE850EAD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FD96DD538B1438793F0BEC2FDE11CEE1">
    <w:name w:val="8FD96DD538B1438793F0BEC2FDE11CEE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ACD3B59E5A44EF3A1FCBF92086060E91">
    <w:name w:val="4ACD3B59E5A44EF3A1FCBF92086060E9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F55DEE7EE5947B88355B3630EE1F5231">
    <w:name w:val="4F55DEE7EE5947B88355B3630EE1F523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CC9FBA3A0F1449E9783E402C44BF5BB1">
    <w:name w:val="FCC9FBA3A0F1449E9783E402C44BF5B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162A60D42C74FF9855088EE34A10DF91">
    <w:name w:val="6162A60D42C74FF9855088EE34A10DF9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42F481341504EDDABF5C2379768A9A21">
    <w:name w:val="142F481341504EDDABF5C2379768A9A2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5409B16BBEB423DA55BAE84A4C3CD7B1">
    <w:name w:val="F5409B16BBEB423DA55BAE84A4C3CD7B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D02D12569949259F4B303AE9EE91BE1">
    <w:name w:val="E7D02D12569949259F4B303AE9EE91BE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A78230F4974F91A466D1A3E44D5E2D1">
    <w:name w:val="CAA78230F4974F91A466D1A3E44D5E2D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FA2EC4C7B4356B9A2A03A62C389681">
    <w:name w:val="F0CFA2EC4C7B4356B9A2A03A62C38968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1">
    <w:name w:val="9380793E9EE044989EB44762814E78B6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951C26B4874E2787CBE628EA2C20941">
    <w:name w:val="0E951C26B4874E2787CBE628EA2C2094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5AC0373094234B85BEF415F1A89981">
    <w:name w:val="07E5AC0373094234B85BEF415F1A8998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1">
    <w:name w:val="3ED87B2022A34B2198DC2B217B191AF11"/>
    <w:rsid w:val="00B1661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85260-356a-4f99-88cc-936cb4cb807e"/>
    <ds:schemaRef ds:uri="503bbec5-b5d2-4817-b31a-e56cf9689349"/>
  </ds:schemaRefs>
</ds:datastoreItem>
</file>

<file path=customXml/itemProps2.xml><?xml version="1.0" encoding="utf-8"?>
<ds:datastoreItem xmlns:ds="http://schemas.openxmlformats.org/officeDocument/2006/customXml" ds:itemID="{B43F5C88-DCB7-4D10-B9BB-93D423D77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3bbec5-b5d2-4817-b31a-e56cf9689349"/>
    <ds:schemaRef ds:uri="15185260-356a-4f99-88cc-936cb4cb8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12</Pages>
  <Words>1760</Words>
  <Characters>10036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10</cp:revision>
  <dcterms:created xsi:type="dcterms:W3CDTF">2026-08-20T13:45:00Z</dcterms:created>
  <dcterms:modified xsi:type="dcterms:W3CDTF">2026-10-07T10:07:00Z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